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900" w:after="300"/>
        <w:jc w:val="center"/>
      </w:pPr>
      <w:r>
        <w:rPr>
          <w:rFonts w:ascii="Aptos" w:hAnsi="Aptos"/>
          <w:b/>
          <w:color w:val="DA9D39"/>
          <w:sz w:val="20"/>
        </w:rPr>
        <w:t>FREE AI PROMPT PACK  18</w:t>
      </w:r>
    </w:p>
    <w:p>
      <w:pPr>
        <w:pStyle w:val="Title"/>
        <w:keepNext/>
        <w:jc w:val="center"/>
      </w:pPr>
      <w:r>
        <w:rPr>
          <w:rFonts w:ascii="Aptos Display" w:hAnsi="Aptos Display"/>
          <w:b/>
          <w:color w:val="12304A"/>
          <w:sz w:val="60"/>
        </w:rPr>
        <w:t>Conversation Starters &amp; Relationship Questions</w:t>
      </w:r>
    </w:p>
    <w:p>
      <w:pPr>
        <w:pStyle w:val="Subtitle"/>
        <w:jc w:val="center"/>
      </w:pPr>
      <w:r>
        <w:rPr>
          <w:rFonts w:ascii="Aptos" w:hAnsi="Aptos"/>
          <w:b w:val="0"/>
          <w:color w:val="12858E"/>
          <w:sz w:val="28"/>
        </w:rPr>
        <w:t>Create meaningful, playful and revealing conversations for closer relationships.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4464"/>
            <w:shd w:fill="EAF4F5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2858E"/>
                <w:sz w:val="46"/>
              </w:rPr>
              <w:t>100</w:t>
            </w:r>
            <w:r>
              <w:rPr>
                <w:rFonts w:ascii="Aptos" w:hAnsi="Aptos"/>
                <w:b/>
                <w:color w:val="536370"/>
                <w:sz w:val="18"/>
              </w:rPr>
              <w:br/>
              <w:t>source prompts included</w:t>
            </w:r>
          </w:p>
        </w:tc>
      </w:tr>
    </w:tbl>
    <w:p>
      <w:pPr>
        <w:spacing w:before="560"/>
        <w:jc w:val="center"/>
      </w:pPr>
      <w:r>
        <w:rPr>
          <w:rFonts w:ascii="Aptos" w:hAnsi="Aptos"/>
          <w:b w:val="0"/>
          <w:color w:val="536370"/>
          <w:sz w:val="22"/>
        </w:rPr>
        <w:t>Build smarter. Create faster. Live better.</w:t>
      </w:r>
    </w:p>
    <w:p>
      <w:pPr>
        <w:spacing w:before="2100"/>
        <w:jc w:val="center"/>
      </w:pPr>
      <w:r>
        <w:rPr>
          <w:rFonts w:ascii="Aptos" w:hAnsi="Aptos"/>
          <w:b/>
          <w:color w:val="12304A"/>
          <w:sz w:val="20"/>
        </w:rPr>
        <w:t>CHARLES NEWBURY</w:t>
      </w:r>
      <w:r>
        <w:rPr>
          <w:rFonts w:ascii="Aptos" w:hAnsi="Aptos"/>
          <w:b w:val="0"/>
          <w:color w:val="12858E"/>
          <w:sz w:val="18"/>
        </w:rPr>
        <w:br/>
        <w:t>www.charlesnewbury.com</w:t>
      </w:r>
    </w:p>
    <w:p>
      <w:r>
        <w:br w:type="page"/>
      </w:r>
    </w:p>
    <w:p>
      <w:pPr>
        <w:pStyle w:val="Heading1"/>
      </w:pPr>
      <w:r>
        <w:t>Start here</w:t>
      </w:r>
    </w:p>
    <w:p>
      <w:r>
        <w:t>This pack is designed for couples, dates, friends and families. It brings together the source sections Dating Conversation Starters, Relationship Building Questions in one focused, practical collection.</w:t>
      </w:r>
    </w:p>
    <w:p>
      <w:pPr>
        <w:pStyle w:val="Heading2"/>
      </w:pPr>
      <w:r>
        <w:t>How to use these prompts</w:t>
      </w:r>
    </w:p>
    <w:p>
      <w:pPr>
        <w:pStyle w:val="ListBullet"/>
      </w:pPr>
      <w:r>
        <w:t>Copy one prompt into ChatGPT, Claude, Gemini or another capable AI assistant.</w:t>
      </w:r>
    </w:p>
    <w:p>
      <w:pPr>
        <w:pStyle w:val="ListBullet"/>
      </w:pPr>
      <w:r>
        <w:t>Add context: your goal, audience, constraints, examples, preferred tone and required format.</w:t>
      </w:r>
    </w:p>
    <w:p>
      <w:pPr>
        <w:pStyle w:val="ListBullet"/>
      </w:pPr>
      <w:r>
        <w:t>Review the response for accuracy, relevance and suitability before using it.</w:t>
      </w:r>
    </w:p>
    <w:p>
      <w:pPr>
        <w:pStyle w:val="ListBullet"/>
      </w:pPr>
      <w:r>
        <w:t>Ask follow-up questions or request alternatives until the output fits your situation.</w:t>
      </w:r>
    </w:p>
    <w:p>
      <w:pPr>
        <w:spacing w:before="160" w:after="200"/>
        <w:shd w:fill="FFF7E6"/>
      </w:pPr>
      <w:r>
        <w:rPr>
          <w:rFonts w:ascii="Aptos" w:hAnsi="Aptos"/>
          <w:b/>
          <w:color w:val="7A5A00"/>
          <w:sz w:val="21"/>
        </w:rPr>
        <w:t xml:space="preserve">Important: </w:t>
      </w:r>
      <w:r>
        <w:rPr>
          <w:rFonts w:ascii="Aptos" w:hAnsi="Aptos"/>
          <w:b w:val="0"/>
          <w:color w:val="12304A"/>
          <w:sz w:val="21"/>
        </w:rPr>
        <w:t>General educational use only. AI output cannot assess safety, abuse, coercion or complex relationship circumstances. Seek appropriate professional support when needed.</w:t>
      </w:r>
    </w:p>
    <w:p>
      <w:r>
        <w:br w:type="page"/>
      </w:r>
    </w:p>
    <w:p>
      <w:pPr>
        <w:pStyle w:val="Heading1"/>
      </w:pPr>
      <w:r>
        <w:t>The prompts</w:t>
      </w:r>
    </w:p>
    <w:p>
      <w:pPr>
        <w:pStyle w:val="Heading2"/>
      </w:pPr>
      <w:r>
        <w:t>Dating Conversation Starters</w:t>
      </w:r>
    </w:p>
    <w:p>
      <w:pPr>
        <w:pStyle w:val="ListNumber"/>
        <w:keepLines/>
      </w:pPr>
      <w:r>
        <w:t>Create a prompt that generates funny icebreaker questions for first dates.</w:t>
      </w:r>
    </w:p>
    <w:p>
      <w:pPr>
        <w:pStyle w:val="ListNumber"/>
        <w:keepLines/>
      </w:pPr>
      <w:r>
        <w:t>Write a prompt that lists “Would you rather” dating edition questions.</w:t>
      </w:r>
    </w:p>
    <w:p>
      <w:pPr>
        <w:pStyle w:val="ListNumber"/>
        <w:keepLines/>
      </w:pPr>
      <w:r>
        <w:t>Build a prompt that outlines playful “this or that” questions for flirting.</w:t>
      </w:r>
    </w:p>
    <w:p>
      <w:pPr>
        <w:pStyle w:val="ListNumber"/>
        <w:keepLines/>
      </w:pPr>
      <w:r>
        <w:t>Develop a prompt that creates lighthearted favorites questions.</w:t>
      </w:r>
    </w:p>
    <w:p>
      <w:pPr>
        <w:pStyle w:val="ListNumber"/>
        <w:keepLines/>
      </w:pPr>
      <w:r>
        <w:t>Make a prompt that maps out funny hypothetical scenarios to discuss.</w:t>
      </w:r>
    </w:p>
    <w:p>
      <w:pPr>
        <w:pStyle w:val="ListNumber"/>
        <w:keepLines/>
      </w:pPr>
      <w:r>
        <w:t>Create a prompt that generates childhood memory conversation starters.</w:t>
      </w:r>
    </w:p>
    <w:p>
      <w:pPr>
        <w:pStyle w:val="ListNumber"/>
        <w:keepLines/>
      </w:pPr>
      <w:r>
        <w:t>Write a prompt that lists questions about personal dreams and ambitions.</w:t>
      </w:r>
    </w:p>
    <w:p>
      <w:pPr>
        <w:pStyle w:val="ListNumber"/>
        <w:keepLines/>
      </w:pPr>
      <w:r>
        <w:t>Build a prompt that maps out emotional vulnerability starter questions.</w:t>
      </w:r>
    </w:p>
    <w:p>
      <w:pPr>
        <w:pStyle w:val="ListNumber"/>
        <w:keepLines/>
      </w:pPr>
      <w:r>
        <w:t>Develop a prompt that creates questions about life philosophy and values.</w:t>
      </w:r>
    </w:p>
    <w:p>
      <w:pPr>
        <w:pStyle w:val="ListNumber"/>
        <w:keepLines/>
      </w:pPr>
      <w:r>
        <w:t>Make a prompt that outlines reflections on important life lessons.</w:t>
      </w:r>
    </w:p>
    <w:p>
      <w:pPr>
        <w:pStyle w:val="ListNumber"/>
        <w:keepLines/>
      </w:pPr>
      <w:r>
        <w:t>Create a prompt that generates future lifestyle discussion questions.</w:t>
      </w:r>
    </w:p>
    <w:p>
      <w:pPr>
        <w:pStyle w:val="ListNumber"/>
        <w:keepLines/>
      </w:pPr>
      <w:r>
        <w:t>Write a prompt that lists ideal relationship vision starters.</w:t>
      </w:r>
    </w:p>
    <w:p>
      <w:pPr>
        <w:pStyle w:val="ListNumber"/>
        <w:keepLines/>
      </w:pPr>
      <w:r>
        <w:t>Build a prompt that maps out priorities and time management conversation starters.</w:t>
      </w:r>
    </w:p>
    <w:p>
      <w:pPr>
        <w:pStyle w:val="ListNumber"/>
        <w:keepLines/>
      </w:pPr>
      <w:r>
        <w:t>Develop a prompt that creates questions about travel dreams.</w:t>
      </w:r>
    </w:p>
    <w:p>
      <w:pPr>
        <w:pStyle w:val="ListNumber"/>
        <w:keepLines/>
      </w:pPr>
      <w:r>
        <w:t>Make a prompt that structures career and passion project discussions.</w:t>
      </w:r>
    </w:p>
    <w:p>
      <w:pPr>
        <w:pStyle w:val="ListNumber"/>
        <w:keepLines/>
      </w:pPr>
      <w:r>
        <w:t>Create a prompt that generates favorite movie, book, and music questions.</w:t>
      </w:r>
    </w:p>
    <w:p>
      <w:pPr>
        <w:pStyle w:val="ListNumber"/>
        <w:keepLines/>
      </w:pPr>
      <w:r>
        <w:t>Write a prompt that lists creative questions about hobbies and side interests.</w:t>
      </w:r>
    </w:p>
    <w:p>
      <w:pPr>
        <w:pStyle w:val="ListNumber"/>
        <w:keepLines/>
      </w:pPr>
      <w:r>
        <w:t>Build a prompt that maps out “What skill would you learn if you had unlimited time?” starters.</w:t>
      </w:r>
    </w:p>
    <w:p>
      <w:pPr>
        <w:pStyle w:val="ListNumber"/>
        <w:keepLines/>
      </w:pPr>
      <w:r>
        <w:t>Develop a prompt that creates questions about childhood hobbies.</w:t>
      </w:r>
    </w:p>
    <w:p>
      <w:pPr>
        <w:pStyle w:val="ListNumber"/>
        <w:keepLines/>
      </w:pPr>
      <w:r>
        <w:t>Make a prompt that outlines curiosity-driven hobby discussions.</w:t>
      </w:r>
    </w:p>
    <w:p>
      <w:pPr>
        <w:pStyle w:val="ListNumber"/>
        <w:keepLines/>
      </w:pPr>
      <w:r>
        <w:t>Create a prompt that maps out “If you could live anywhere” questions.</w:t>
      </w:r>
    </w:p>
    <w:p>
      <w:pPr>
        <w:pStyle w:val="ListNumber"/>
        <w:keepLines/>
      </w:pPr>
      <w:r>
        <w:t>Write a prompt that generates “Dream day” conversations.</w:t>
      </w:r>
    </w:p>
    <w:p>
      <w:pPr>
        <w:pStyle w:val="ListNumber"/>
        <w:keepLines/>
      </w:pPr>
      <w:r>
        <w:t>Build a prompt that lists “Time travel” scenario questions.</w:t>
      </w:r>
    </w:p>
    <w:p>
      <w:pPr>
        <w:pStyle w:val="ListNumber"/>
        <w:keepLines/>
      </w:pPr>
      <w:r>
        <w:t>Develop a prompt that structures “3 wishes” fantasy discussions.</w:t>
      </w:r>
    </w:p>
    <w:p>
      <w:pPr>
        <w:pStyle w:val="ListNumber"/>
        <w:keepLines/>
      </w:pPr>
      <w:r>
        <w:t>Make a prompt that creates survival island partner scenario questions. Values and Compatibility Conversations</w:t>
      </w:r>
    </w:p>
    <w:p>
      <w:pPr>
        <w:pStyle w:val="ListNumber"/>
        <w:keepLines/>
      </w:pPr>
      <w:r>
        <w:t>Create a prompt that structures “What matters more: ambition or balance?” questions.</w:t>
      </w:r>
    </w:p>
    <w:p>
      <w:pPr>
        <w:pStyle w:val="ListNumber"/>
        <w:keepLines/>
      </w:pPr>
      <w:r>
        <w:t>Write a prompt that generates honesty vs kindness debate questions.</w:t>
      </w:r>
    </w:p>
    <w:p>
      <w:pPr>
        <w:pStyle w:val="ListNumber"/>
        <w:keepLines/>
      </w:pPr>
      <w:r>
        <w:t>Build a prompt that maps out ideal conflict resolution styles discussions.</w:t>
      </w:r>
    </w:p>
    <w:p>
      <w:pPr>
        <w:pStyle w:val="ListNumber"/>
        <w:keepLines/>
      </w:pPr>
      <w:r>
        <w:t>Develop a prompt that creates questions about financial philosophy.</w:t>
      </w:r>
    </w:p>
    <w:p>
      <w:pPr>
        <w:pStyle w:val="ListNumber"/>
        <w:keepLines/>
      </w:pPr>
      <w:r>
        <w:t>Make a prompt that outlines questions about family values and upbringing.</w:t>
      </w:r>
    </w:p>
    <w:p>
      <w:pPr>
        <w:pStyle w:val="ListNumber"/>
        <w:keepLines/>
      </w:pPr>
      <w:r>
        <w:t>Create a prompt that generates silly dares for getting to know each other.</w:t>
      </w:r>
    </w:p>
    <w:p>
      <w:pPr>
        <w:pStyle w:val="ListNumber"/>
        <w:keepLines/>
      </w:pPr>
      <w:r>
        <w:t>Write a prompt that lists “hidden talent” sharing questions.</w:t>
      </w:r>
    </w:p>
    <w:p>
      <w:pPr>
        <w:pStyle w:val="ListNumber"/>
        <w:keepLines/>
      </w:pPr>
      <w:r>
        <w:t>Build a prompt that maps out first crush or first love story conversations.</w:t>
      </w:r>
    </w:p>
    <w:p>
      <w:pPr>
        <w:pStyle w:val="ListNumber"/>
        <w:keepLines/>
      </w:pPr>
      <w:r>
        <w:t>Develop a prompt that creates funny bucket list comparisons.</w:t>
      </w:r>
    </w:p>
    <w:p>
      <w:pPr>
        <w:pStyle w:val="ListNumber"/>
        <w:keepLines/>
      </w:pPr>
      <w:r>
        <w:t>Make a prompt that generates lighthearted fear and embarrassment stories.</w:t>
      </w:r>
    </w:p>
    <w:p>
      <w:pPr>
        <w:pStyle w:val="ListNumber"/>
        <w:keepLines/>
      </w:pPr>
      <w:r>
        <w:t>Create a prompt that structures “What do you value most in friends?” conversations.</w:t>
      </w:r>
    </w:p>
    <w:p>
      <w:pPr>
        <w:pStyle w:val="ListNumber"/>
        <w:keepLines/>
      </w:pPr>
      <w:r>
        <w:t>Write a prompt that generates “How do you define success?” discussions.</w:t>
      </w:r>
    </w:p>
    <w:p>
      <w:pPr>
        <w:pStyle w:val="ListNumber"/>
        <w:keepLines/>
      </w:pPr>
      <w:r>
        <w:t>Build a prompt that maps out moral dilemma conversation starters.</w:t>
      </w:r>
    </w:p>
    <w:p>
      <w:pPr>
        <w:pStyle w:val="ListNumber"/>
        <w:keepLines/>
      </w:pPr>
      <w:r>
        <w:t>Develop a prompt that creates “How do you handle stress?” question starters.</w:t>
      </w:r>
    </w:p>
    <w:p>
      <w:pPr>
        <w:pStyle w:val="ListNumber"/>
        <w:keepLines/>
      </w:pPr>
      <w:r>
        <w:t>Make a prompt that outlines “What role does gratitude play in your life?” questions. Playful Compatibility Tests</w:t>
      </w:r>
    </w:p>
    <w:p>
      <w:pPr>
        <w:pStyle w:val="ListNumber"/>
        <w:keepLines/>
      </w:pPr>
      <w:r>
        <w:t>Create a prompt that generates “Are you an early bird or night owl?” questions.</w:t>
      </w:r>
    </w:p>
    <w:p>
      <w:pPr>
        <w:pStyle w:val="ListNumber"/>
        <w:keepLines/>
      </w:pPr>
      <w:r>
        <w:t>Write a prompt that lists pet peeves comparison questions.</w:t>
      </w:r>
    </w:p>
    <w:p>
      <w:pPr>
        <w:pStyle w:val="ListNumber"/>
        <w:keepLines/>
      </w:pPr>
      <w:r>
        <w:t>Build a prompt that maps out “Vacation: adventure or relaxation?” questions.</w:t>
      </w:r>
    </w:p>
    <w:p>
      <w:pPr>
        <w:pStyle w:val="ListNumber"/>
        <w:keepLines/>
      </w:pPr>
      <w:r>
        <w:t>Develop a prompt that creates “Introvert vs Extrovert” starter conversations.</w:t>
      </w:r>
    </w:p>
    <w:p>
      <w:pPr>
        <w:pStyle w:val="ListNumber"/>
        <w:keepLines/>
      </w:pPr>
      <w:r>
        <w:t>Make a prompt that structures “Ideal weekend” planning discussions.</w:t>
      </w:r>
    </w:p>
    <w:p>
      <w:pPr>
        <w:pStyle w:val="ListNumber"/>
        <w:keepLines/>
      </w:pPr>
      <w:r>
        <w:t>Create a prompt that generates “What would your dream home look like?” questions.</w:t>
      </w:r>
    </w:p>
    <w:p>
      <w:pPr>
        <w:pStyle w:val="ListNumber"/>
        <w:keepLines/>
      </w:pPr>
      <w:r>
        <w:t>Write a prompt that lists “If you won the lottery tomorrow” conversations.</w:t>
      </w:r>
    </w:p>
    <w:p>
      <w:pPr>
        <w:pStyle w:val="ListNumber"/>
        <w:keepLines/>
      </w:pPr>
      <w:r>
        <w:t>Build a prompt that maps out “If you could start any business” dreams.</w:t>
      </w:r>
    </w:p>
    <w:p>
      <w:pPr>
        <w:pStyle w:val="ListNumber"/>
        <w:keepLines/>
      </w:pPr>
      <w:r>
        <w:t>Develop a prompt that creates “How do you want to be remembered?” questions.</w:t>
      </w:r>
    </w:p>
    <w:p>
      <w:pPr>
        <w:pStyle w:val="ListNumber"/>
        <w:keepLines/>
      </w:pPr>
      <w:r>
        <w:t>Make a prompt that structures “One dream you’re still chasing” conversation starters.</w:t>
      </w:r>
    </w:p>
    <w:p>
      <w:pPr>
        <w:pStyle w:val="Heading2"/>
      </w:pPr>
      <w:r>
        <w:t>Relationship Building Questions</w:t>
      </w:r>
    </w:p>
    <w:p>
      <w:pPr>
        <w:pStyle w:val="ListNumber"/>
        <w:keepLines/>
      </w:pPr>
      <w:r>
        <w:t>Create a prompt that generates questions about biggest emotional needs.</w:t>
      </w:r>
    </w:p>
    <w:p>
      <w:pPr>
        <w:pStyle w:val="ListNumber"/>
        <w:keepLines/>
      </w:pPr>
      <w:r>
        <w:t>Write a prompt that structures “What makes you feel loved?” discussions.</w:t>
      </w:r>
    </w:p>
    <w:p>
      <w:pPr>
        <w:pStyle w:val="ListNumber"/>
        <w:keepLines/>
      </w:pPr>
      <w:r>
        <w:t>Build a prompt that maps out trust-building conversation starters.</w:t>
      </w:r>
    </w:p>
    <w:p>
      <w:pPr>
        <w:pStyle w:val="ListNumber"/>
        <w:keepLines/>
      </w:pPr>
      <w:r>
        <w:t>Develop a prompt that creates safe vulnerability question sets.</w:t>
      </w:r>
    </w:p>
    <w:p>
      <w:pPr>
        <w:pStyle w:val="ListNumber"/>
        <w:keepLines/>
      </w:pPr>
      <w:r>
        <w:t>Make a prompt that outlines “When do you feel safest with someone?” questions.</w:t>
      </w:r>
    </w:p>
    <w:p>
      <w:pPr>
        <w:pStyle w:val="ListNumber"/>
        <w:keepLines/>
      </w:pPr>
      <w:r>
        <w:t>Create a prompt that generates 10-year life vision questions.</w:t>
      </w:r>
    </w:p>
    <w:p>
      <w:pPr>
        <w:pStyle w:val="ListNumber"/>
        <w:keepLines/>
      </w:pPr>
      <w:r>
        <w:t>Write a prompt that structures “How do you define success as a couple?” conversations.</w:t>
      </w:r>
    </w:p>
    <w:p>
      <w:pPr>
        <w:pStyle w:val="ListNumber"/>
        <w:keepLines/>
      </w:pPr>
      <w:r>
        <w:t>Build a prompt that outlines discussions about personal growth plans.</w:t>
      </w:r>
    </w:p>
    <w:p>
      <w:pPr>
        <w:pStyle w:val="ListNumber"/>
        <w:keepLines/>
      </w:pPr>
      <w:r>
        <w:t>Develop a prompt that creates “What scares you about the future?” questions.</w:t>
      </w:r>
    </w:p>
    <w:p>
      <w:pPr>
        <w:pStyle w:val="ListNumber"/>
        <w:keepLines/>
      </w:pPr>
      <w:r>
        <w:t>Make a prompt that maps out value alignment questions.</w:t>
      </w:r>
    </w:p>
    <w:p>
      <w:pPr>
        <w:pStyle w:val="ListNumber"/>
        <w:keepLines/>
      </w:pPr>
      <w:r>
        <w:t>Create a prompt that maps out preferred conflict management styles.</w:t>
      </w:r>
    </w:p>
    <w:p>
      <w:pPr>
        <w:pStyle w:val="ListNumber"/>
        <w:keepLines/>
      </w:pPr>
      <w:r>
        <w:t>Write a prompt that generates forgiveness and understanding questions.</w:t>
      </w:r>
    </w:p>
    <w:p>
      <w:pPr>
        <w:pStyle w:val="ListNumber"/>
        <w:keepLines/>
      </w:pPr>
      <w:r>
        <w:t>Build a prompt that structures safe discussions about anger and frustration.</w:t>
      </w:r>
    </w:p>
    <w:p>
      <w:pPr>
        <w:pStyle w:val="ListNumber"/>
        <w:keepLines/>
      </w:pPr>
      <w:r>
        <w:t>Develop a prompt that creates boundaries and respect conversation starters.</w:t>
      </w:r>
    </w:p>
    <w:p>
      <w:pPr>
        <w:pStyle w:val="ListNumber"/>
        <w:keepLines/>
      </w:pPr>
      <w:r>
        <w:t>Make a prompt that outlines reflection questions after disagreements.</w:t>
      </w:r>
    </w:p>
    <w:p>
      <w:pPr>
        <w:pStyle w:val="ListNumber"/>
        <w:keepLines/>
      </w:pPr>
      <w:r>
        <w:t>Create a prompt that generates “How did your family handle conflict?” conversations.</w:t>
      </w:r>
    </w:p>
    <w:p>
      <w:pPr>
        <w:pStyle w:val="ListNumber"/>
        <w:keepLines/>
      </w:pPr>
      <w:r>
        <w:t>Write a prompt that maps out childhood influences on relationships.</w:t>
      </w:r>
    </w:p>
    <w:p>
      <w:pPr>
        <w:pStyle w:val="ListNumber"/>
        <w:keepLines/>
      </w:pPr>
      <w:r>
        <w:t>Build a prompt that creates open conversations about traditions.</w:t>
      </w:r>
    </w:p>
    <w:p>
      <w:pPr>
        <w:pStyle w:val="ListNumber"/>
        <w:keepLines/>
      </w:pPr>
      <w:r>
        <w:t>Develop a prompt that structures family value alignment questions.</w:t>
      </w:r>
    </w:p>
    <w:p>
      <w:pPr>
        <w:pStyle w:val="ListNumber"/>
        <w:keepLines/>
      </w:pPr>
      <w:r>
        <w:t>Make a prompt that outlines blended family and in-law discussion starters.</w:t>
      </w:r>
    </w:p>
    <w:p>
      <w:pPr>
        <w:pStyle w:val="ListNumber"/>
        <w:keepLines/>
      </w:pPr>
      <w:r>
        <w:t>Create a prompt that maps out comfort zone discussions for intimacy.</w:t>
      </w:r>
    </w:p>
    <w:p>
      <w:pPr>
        <w:pStyle w:val="ListNumber"/>
        <w:keepLines/>
      </w:pPr>
      <w:r>
        <w:t>Write a prompt that generates ways to express love languages physically.</w:t>
      </w:r>
    </w:p>
    <w:p>
      <w:pPr>
        <w:pStyle w:val="ListNumber"/>
        <w:keepLines/>
      </w:pPr>
      <w:r>
        <w:t>Build a prompt that outlines trust building in physical connection conversations.</w:t>
      </w:r>
    </w:p>
    <w:p>
      <w:pPr>
        <w:pStyle w:val="ListNumber"/>
        <w:keepLines/>
      </w:pPr>
      <w:r>
        <w:t>Develop a prompt that creates “How do you define intimacy?” questions.</w:t>
      </w:r>
    </w:p>
    <w:p>
      <w:pPr>
        <w:pStyle w:val="ListNumber"/>
        <w:keepLines/>
      </w:pPr>
      <w:r>
        <w:t>Make a prompt that structures long-term intimacy vision discussions.</w:t>
      </w:r>
    </w:p>
    <w:p>
      <w:pPr>
        <w:pStyle w:val="ListNumber"/>
        <w:keepLines/>
      </w:pPr>
      <w:r>
        <w:t>Create a prompt that structures questions about giving and receiving support.</w:t>
      </w:r>
    </w:p>
    <w:p>
      <w:pPr>
        <w:pStyle w:val="ListNumber"/>
        <w:keepLines/>
      </w:pPr>
      <w:r>
        <w:t>Write a prompt that outlines discussions on mental health support expectations.</w:t>
      </w:r>
    </w:p>
    <w:p>
      <w:pPr>
        <w:pStyle w:val="ListNumber"/>
        <w:keepLines/>
      </w:pPr>
      <w:r>
        <w:t>Build a prompt that generates conversations about asking for help.</w:t>
      </w:r>
    </w:p>
    <w:p>
      <w:pPr>
        <w:pStyle w:val="ListNumber"/>
        <w:keepLines/>
      </w:pPr>
      <w:r>
        <w:t>Develop a prompt that maps out emergency/crisis planning discussions.</w:t>
      </w:r>
    </w:p>
    <w:p>
      <w:pPr>
        <w:pStyle w:val="ListNumber"/>
        <w:keepLines/>
      </w:pPr>
      <w:r>
        <w:t>Make a prompt that creates questions about maintaining independence.</w:t>
      </w:r>
    </w:p>
    <w:p>
      <w:pPr>
        <w:pStyle w:val="ListNumber"/>
        <w:keepLines/>
      </w:pPr>
      <w:r>
        <w:t>Create a prompt that generates discussions on celebrating milestones together.</w:t>
      </w:r>
    </w:p>
    <w:p>
      <w:pPr>
        <w:pStyle w:val="ListNumber"/>
        <w:keepLines/>
      </w:pPr>
      <w:r>
        <w:t>Write a prompt that maps out dream vacation conversations.</w:t>
      </w:r>
    </w:p>
    <w:p>
      <w:pPr>
        <w:pStyle w:val="ListNumber"/>
        <w:keepLines/>
      </w:pPr>
      <w:r>
        <w:t>Build a prompt that structures hobbies and activities to explore together.</w:t>
      </w:r>
    </w:p>
    <w:p>
      <w:pPr>
        <w:pStyle w:val="ListNumber"/>
        <w:keepLines/>
      </w:pPr>
      <w:r>
        <w:t>Develop a prompt that creates silly traditions brainstorming sessions.</w:t>
      </w:r>
    </w:p>
    <w:p>
      <w:pPr>
        <w:pStyle w:val="ListNumber"/>
        <w:keepLines/>
      </w:pPr>
      <w:r>
        <w:t>Make a prompt that outlines fun “bucket list as a couple” ideas.</w:t>
      </w:r>
    </w:p>
    <w:p>
      <w:pPr>
        <w:pStyle w:val="ListNumber"/>
        <w:keepLines/>
      </w:pPr>
      <w:r>
        <w:t>Create a prompt that structures financial planning conversations.</w:t>
      </w:r>
    </w:p>
    <w:p>
      <w:pPr>
        <w:pStyle w:val="ListNumber"/>
        <w:keepLines/>
      </w:pPr>
      <w:r>
        <w:t>Write a prompt that maps out home and living situation discussions.</w:t>
      </w:r>
    </w:p>
    <w:p>
      <w:pPr>
        <w:pStyle w:val="ListNumber"/>
        <w:keepLines/>
      </w:pPr>
      <w:r>
        <w:t>Build a prompt that generates parenting or no-parenting value talks.</w:t>
      </w:r>
    </w:p>
    <w:p>
      <w:pPr>
        <w:pStyle w:val="ListNumber"/>
        <w:keepLines/>
      </w:pPr>
      <w:r>
        <w:t>Develop a prompt that creates discussions on balancing career and family dreams.</w:t>
      </w:r>
    </w:p>
    <w:p>
      <w:pPr>
        <w:pStyle w:val="ListNumber"/>
        <w:keepLines/>
      </w:pPr>
      <w:r>
        <w:t>Make a prompt that outlines retirement dream conversations.</w:t>
      </w:r>
    </w:p>
    <w:p>
      <w:pPr>
        <w:pStyle w:val="ListNumber"/>
        <w:keepLines/>
      </w:pPr>
      <w:r>
        <w:t>Create a prompt that generates everyday joy conversations.</w:t>
      </w:r>
    </w:p>
    <w:p>
      <w:pPr>
        <w:pStyle w:val="ListNumber"/>
        <w:keepLines/>
      </w:pPr>
      <w:r>
        <w:t>Write a prompt that structures morning and evening routine compatibility talks.</w:t>
      </w:r>
    </w:p>
    <w:p>
      <w:pPr>
        <w:pStyle w:val="ListNumber"/>
        <w:keepLines/>
      </w:pPr>
      <w:r>
        <w:t>Build a prompt that maps out how you like to recharge separately.</w:t>
      </w:r>
    </w:p>
    <w:p>
      <w:pPr>
        <w:pStyle w:val="ListNumber"/>
        <w:keepLines/>
      </w:pPr>
      <w:r>
        <w:t>Develop a prompt that creates simple affection rituals.</w:t>
      </w:r>
    </w:p>
    <w:p>
      <w:pPr>
        <w:pStyle w:val="ListNumber"/>
        <w:keepLines/>
      </w:pPr>
      <w:r>
        <w:t>Make a prompt that outlines handling annoying habits kindly.</w:t>
      </w:r>
    </w:p>
    <w:p>
      <w:pPr>
        <w:pStyle w:val="ListNumber"/>
        <w:keepLines/>
      </w:pPr>
      <w:r>
        <w:t>Create a prompt that generates “Where do you want to grow most this year?” questions.</w:t>
      </w:r>
    </w:p>
    <w:p>
      <w:pPr>
        <w:pStyle w:val="ListNumber"/>
        <w:keepLines/>
      </w:pPr>
      <w:r>
        <w:t>Write a prompt that maps out shared learning or growth challenges.</w:t>
      </w:r>
    </w:p>
    <w:p>
      <w:pPr>
        <w:pStyle w:val="ListNumber"/>
        <w:keepLines/>
      </w:pPr>
      <w:r>
        <w:t>Build a prompt that structures “How can we better support each other’s dreams?” conversations.</w:t>
      </w:r>
    </w:p>
    <w:p>
      <w:pPr>
        <w:pStyle w:val="ListNumber"/>
        <w:keepLines/>
      </w:pPr>
      <w:r>
        <w:t>Develop a prompt that creates “What does loyalty mean to you?” discussions.</w:t>
      </w:r>
    </w:p>
    <w:p>
      <w:pPr>
        <w:pStyle w:val="ListNumber"/>
        <w:keepLines/>
      </w:pPr>
      <w:r>
        <w:t>Make a prompt that outlines “What’s our vision for us 5 years from now?” questions.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color w:val="536370"/>
        <w:sz w:val="16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2858E"/>
        <w:sz w:val="16"/>
      </w:rPr>
      <w:t>CHARLESNEWBURY.COM  |  FREE AI PROMPT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230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285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0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Calibri" w:hAnsi="Calibri"/>
      <w:b w:val="0"/>
      <w:i/>
      <w:iCs/>
      <w:color w:val="12858E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Conversation Starters &amp; Relationship Questions</dc:title>
  <dc:subject>Free AI prompt pack</dc:subject>
  <dc:creator>Charles Newbury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