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900" w:after="300"/>
        <w:jc w:val="center"/>
      </w:pPr>
      <w:r>
        <w:rPr>
          <w:rFonts w:ascii="Aptos" w:hAnsi="Aptos"/>
          <w:b/>
          <w:color w:val="DA9D39"/>
          <w:sz w:val="20"/>
        </w:rPr>
        <w:t>FREE AI PROMPT PACK  17</w:t>
      </w:r>
    </w:p>
    <w:p>
      <w:pPr>
        <w:pStyle w:val="Title"/>
        <w:keepNext/>
        <w:jc w:val="center"/>
      </w:pPr>
      <w:r>
        <w:rPr>
          <w:rFonts w:ascii="Aptos Display" w:hAnsi="Aptos Display"/>
          <w:b/>
          <w:color w:val="12304A"/>
          <w:sz w:val="60"/>
        </w:rPr>
        <w:t>Stronger Relationships &amp; Dating Confidence</w:t>
      </w:r>
    </w:p>
    <w:p>
      <w:pPr>
        <w:pStyle w:val="Subtitle"/>
        <w:jc w:val="center"/>
      </w:pPr>
      <w:r>
        <w:rPr>
          <w:rFonts w:ascii="Aptos" w:hAnsi="Aptos"/>
          <w:b w:val="0"/>
          <w:color w:val="12858E"/>
          <w:sz w:val="28"/>
        </w:rPr>
        <w:t>Deepen connection, communicate with care and build healthier dating confidence.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4464"/>
            <w:shd w:fill="EAF4F5"/>
            <w:tcMar>
              <w:top w:w="180" w:type="dxa"/>
              <w:start w:w="180" w:type="dxa"/>
              <w:bottom w:w="180" w:type="dxa"/>
              <w:end w:w="180" w:type="dxa"/>
            </w:tcMar>
          </w:tcPr>
          <w:p>
            <w:pPr>
              <w:spacing w:after="0"/>
              <w:jc w:val="center"/>
            </w:pPr>
            <w:r>
              <w:rPr>
                <w:rFonts w:ascii="Aptos" w:hAnsi="Aptos"/>
                <w:b/>
                <w:color w:val="12858E"/>
                <w:sz w:val="46"/>
              </w:rPr>
              <w:t>60</w:t>
            </w:r>
            <w:r>
              <w:rPr>
                <w:rFonts w:ascii="Aptos" w:hAnsi="Aptos"/>
                <w:b/>
                <w:color w:val="536370"/>
                <w:sz w:val="18"/>
              </w:rPr>
              <w:br/>
              <w:t>source prompts included</w:t>
            </w:r>
          </w:p>
        </w:tc>
      </w:tr>
    </w:tbl>
    <w:p>
      <w:pPr>
        <w:spacing w:before="560"/>
        <w:jc w:val="center"/>
      </w:pPr>
      <w:r>
        <w:rPr>
          <w:rFonts w:ascii="Aptos" w:hAnsi="Aptos"/>
          <w:b w:val="0"/>
          <w:color w:val="536370"/>
          <w:sz w:val="22"/>
        </w:rPr>
        <w:t>Build smarter. Create faster. Live better.</w:t>
      </w:r>
    </w:p>
    <w:p>
      <w:pPr>
        <w:spacing w:before="2100"/>
        <w:jc w:val="center"/>
      </w:pPr>
      <w:r>
        <w:rPr>
          <w:rFonts w:ascii="Aptos" w:hAnsi="Aptos"/>
          <w:b/>
          <w:color w:val="12304A"/>
          <w:sz w:val="20"/>
        </w:rPr>
        <w:t>CHARLES NEWBURY</w:t>
      </w:r>
      <w:r>
        <w:rPr>
          <w:rFonts w:ascii="Aptos" w:hAnsi="Aptos"/>
          <w:b w:val="0"/>
          <w:color w:val="12858E"/>
          <w:sz w:val="18"/>
        </w:rPr>
        <w:br/>
        <w:t>www.charlesnewbury.com</w:t>
      </w:r>
    </w:p>
    <w:p>
      <w:r>
        <w:br w:type="page"/>
      </w:r>
    </w:p>
    <w:p>
      <w:pPr>
        <w:pStyle w:val="Heading1"/>
      </w:pPr>
      <w:r>
        <w:t>Start here</w:t>
      </w:r>
    </w:p>
    <w:p>
      <w:r>
        <w:t>This pack is designed for individuals, couples and people strengthening interpersonal skills. It brings together the source sections Building Stronger Relationships, Dating and Self-Confidence in one focused, practical collection.</w:t>
      </w:r>
    </w:p>
    <w:p>
      <w:pPr>
        <w:pStyle w:val="Heading2"/>
      </w:pPr>
      <w:r>
        <w:t>How to use these prompts</w:t>
      </w:r>
    </w:p>
    <w:p>
      <w:pPr>
        <w:pStyle w:val="ListBullet"/>
      </w:pPr>
      <w:r>
        <w:t>Copy one prompt into ChatGPT, Claude, Gemini or another capable AI assistant.</w:t>
      </w:r>
    </w:p>
    <w:p>
      <w:pPr>
        <w:pStyle w:val="ListBullet"/>
      </w:pPr>
      <w:r>
        <w:t>Add context: your goal, audience, constraints, examples, preferred tone and required format.</w:t>
      </w:r>
    </w:p>
    <w:p>
      <w:pPr>
        <w:pStyle w:val="ListBullet"/>
      </w:pPr>
      <w:r>
        <w:t>Review the response for accuracy, relevance and suitability before using it.</w:t>
      </w:r>
    </w:p>
    <w:p>
      <w:pPr>
        <w:pStyle w:val="ListBullet"/>
      </w:pPr>
      <w:r>
        <w:t>Ask follow-up questions or request alternatives until the output fits your situation.</w:t>
      </w:r>
    </w:p>
    <w:p>
      <w:pPr>
        <w:spacing w:before="160" w:after="200"/>
        <w:shd w:fill="FFF7E6"/>
      </w:pPr>
      <w:r>
        <w:rPr>
          <w:rFonts w:ascii="Aptos" w:hAnsi="Aptos"/>
          <w:b/>
          <w:color w:val="7A5A00"/>
          <w:sz w:val="21"/>
        </w:rPr>
        <w:t xml:space="preserve">Important: </w:t>
      </w:r>
      <w:r>
        <w:rPr>
          <w:rFonts w:ascii="Aptos" w:hAnsi="Aptos"/>
          <w:b w:val="0"/>
          <w:color w:val="12304A"/>
          <w:sz w:val="21"/>
        </w:rPr>
        <w:t>General educational use only. AI output cannot assess safety, abuse, coercion or complex relationship circumstances. Seek appropriate professional support when needed.</w:t>
      </w:r>
    </w:p>
    <w:p>
      <w:r>
        <w:br w:type="page"/>
      </w:r>
    </w:p>
    <w:p>
      <w:pPr>
        <w:pStyle w:val="Heading1"/>
      </w:pPr>
      <w:r>
        <w:t>The prompts</w:t>
      </w:r>
    </w:p>
    <w:p>
      <w:pPr>
        <w:pStyle w:val="Heading2"/>
      </w:pPr>
      <w:r>
        <w:t>Building Stronger Relationships</w:t>
      </w:r>
    </w:p>
    <w:p>
      <w:pPr>
        <w:pStyle w:val="ListNumber"/>
        <w:keepLines/>
      </w:pPr>
      <w:r>
        <w:t>Create a prompt that generates deep conversation starters for couples.</w:t>
      </w:r>
    </w:p>
    <w:p>
      <w:pPr>
        <w:pStyle w:val="ListNumber"/>
        <w:keepLines/>
      </w:pPr>
      <w:r>
        <w:t>Write a prompt that builds weekly check-in questions for relationships.</w:t>
      </w:r>
    </w:p>
    <w:p>
      <w:pPr>
        <w:pStyle w:val="ListNumber"/>
        <w:keepLines/>
      </w:pPr>
      <w:r>
        <w:t>Build a prompt that outlines a system for shared goal setting in relationships.</w:t>
      </w:r>
    </w:p>
    <w:p>
      <w:pPr>
        <w:pStyle w:val="ListNumber"/>
        <w:keepLines/>
      </w:pPr>
      <w:r>
        <w:t>Develop a prompt that structures a gratitude practice between partners.</w:t>
      </w:r>
    </w:p>
    <w:p>
      <w:pPr>
        <w:pStyle w:val="ListNumber"/>
        <w:keepLines/>
      </w:pPr>
      <w:r>
        <w:t>Make a prompt that generates activities for strengthening emotional intimacy.</w:t>
      </w:r>
    </w:p>
    <w:p>
      <w:pPr>
        <w:pStyle w:val="ListNumber"/>
        <w:keepLines/>
      </w:pPr>
      <w:r>
        <w:t>Create a prompt that structures a nonviolent communication checklist.</w:t>
      </w:r>
    </w:p>
    <w:p>
      <w:pPr>
        <w:pStyle w:val="ListNumber"/>
        <w:keepLines/>
      </w:pPr>
      <w:r>
        <w:t>Write a prompt that maps out 5 ways to listen more actively.</w:t>
      </w:r>
    </w:p>
    <w:p>
      <w:pPr>
        <w:pStyle w:val="ListNumber"/>
        <w:keepLines/>
      </w:pPr>
      <w:r>
        <w:t>Build a prompt that generates a “Pause Before Reacting” response practice.</w:t>
      </w:r>
    </w:p>
    <w:p>
      <w:pPr>
        <w:pStyle w:val="ListNumber"/>
        <w:keepLines/>
      </w:pPr>
      <w:r>
        <w:t>Develop a prompt that outlines a safe conflict resolution system.</w:t>
      </w:r>
    </w:p>
    <w:p>
      <w:pPr>
        <w:pStyle w:val="ListNumber"/>
        <w:keepLines/>
      </w:pPr>
      <w:r>
        <w:t>Make a prompt that structures an apology and repair communication guide.</w:t>
      </w:r>
    </w:p>
    <w:p>
      <w:pPr>
        <w:pStyle w:val="ListNumber"/>
        <w:keepLines/>
      </w:pPr>
      <w:r>
        <w:t>Create a prompt that generates ways to rebuild trust after a disagreement.</w:t>
      </w:r>
    </w:p>
    <w:p>
      <w:pPr>
        <w:pStyle w:val="ListNumber"/>
        <w:keepLines/>
      </w:pPr>
      <w:r>
        <w:t>Write a prompt that outlines a “trust deposit” habit system.</w:t>
      </w:r>
    </w:p>
    <w:p>
      <w:pPr>
        <w:pStyle w:val="ListNumber"/>
        <w:keepLines/>
      </w:pPr>
      <w:r>
        <w:t>Build a prompt that structures a vulnerability-sharing exercise.</w:t>
      </w:r>
    </w:p>
    <w:p>
      <w:pPr>
        <w:pStyle w:val="ListNumber"/>
        <w:keepLines/>
      </w:pPr>
      <w:r>
        <w:t>Develop a prompt that maps out a system for validating your partner’s feelings.</w:t>
      </w:r>
    </w:p>
    <w:p>
      <w:pPr>
        <w:pStyle w:val="ListNumber"/>
        <w:keepLines/>
      </w:pPr>
      <w:r>
        <w:t>Make a prompt that generates ways to create emotional safety.</w:t>
      </w:r>
    </w:p>
    <w:p>
      <w:pPr>
        <w:pStyle w:val="ListNumber"/>
        <w:keepLines/>
      </w:pPr>
      <w:r>
        <w:t>Create a prompt that builds a couples’ adventure bucket list.</w:t>
      </w:r>
    </w:p>
    <w:p>
      <w:pPr>
        <w:pStyle w:val="ListNumber"/>
        <w:keepLines/>
      </w:pPr>
      <w:r>
        <w:t>Write a prompt that generates “new experiences” date ideas.</w:t>
      </w:r>
    </w:p>
    <w:p>
      <w:pPr>
        <w:pStyle w:val="ListNumber"/>
        <w:keepLines/>
      </w:pPr>
      <w:r>
        <w:t>Build a prompt that outlines a “First-Time” experiences plan.</w:t>
      </w:r>
    </w:p>
    <w:p>
      <w:pPr>
        <w:pStyle w:val="ListNumber"/>
        <w:keepLines/>
      </w:pPr>
      <w:r>
        <w:t>Develop a prompt that maps out surprise appreciation rituals.</w:t>
      </w:r>
    </w:p>
    <w:p>
      <w:pPr>
        <w:pStyle w:val="ListNumber"/>
        <w:keepLines/>
      </w:pPr>
      <w:r>
        <w:t>Make a prompt that creates ideas for low-cost bonding activities.</w:t>
      </w:r>
    </w:p>
    <w:p>
      <w:pPr>
        <w:pStyle w:val="ListNumber"/>
        <w:keepLines/>
      </w:pPr>
      <w:r>
        <w:t>Create a prompt that structures a “Know Your Love Language” journal prompt.</w:t>
      </w:r>
    </w:p>
    <w:p>
      <w:pPr>
        <w:pStyle w:val="ListNumber"/>
        <w:keepLines/>
      </w:pPr>
      <w:r>
        <w:t>Write a prompt that generates reflection questions for your role in relationship health.</w:t>
      </w:r>
    </w:p>
    <w:p>
      <w:pPr>
        <w:pStyle w:val="ListNumber"/>
        <w:keepLines/>
      </w:pPr>
      <w:r>
        <w:t>Build a prompt that maps out personal emotional triggers worksheet.</w:t>
      </w:r>
    </w:p>
    <w:p>
      <w:pPr>
        <w:pStyle w:val="ListNumber"/>
        <w:keepLines/>
      </w:pPr>
      <w:r>
        <w:t>Develop a prompt that structures a self-soothing plan for relational stress.</w:t>
      </w:r>
    </w:p>
    <w:p>
      <w:pPr>
        <w:pStyle w:val="ListNumber"/>
        <w:keepLines/>
      </w:pPr>
      <w:r>
        <w:t>Make a prompt that outlines ways to show love in nonverbal ways.</w:t>
      </w:r>
    </w:p>
    <w:p>
      <w:pPr>
        <w:pStyle w:val="ListNumber"/>
        <w:keepLines/>
      </w:pPr>
      <w:r>
        <w:t>Create a prompt that builds a yearly relationship vision board practice.</w:t>
      </w:r>
    </w:p>
    <w:p>
      <w:pPr>
        <w:pStyle w:val="ListNumber"/>
        <w:keepLines/>
      </w:pPr>
      <w:r>
        <w:t>Write a prompt that generates a “State of the Relationship” annual check-in.</w:t>
      </w:r>
    </w:p>
    <w:p>
      <w:pPr>
        <w:pStyle w:val="ListNumber"/>
        <w:keepLines/>
      </w:pPr>
      <w:r>
        <w:t>Build a prompt that outlines a joint growth challenge (reading, fitness, financial).</w:t>
      </w:r>
    </w:p>
    <w:p>
      <w:pPr>
        <w:pStyle w:val="ListNumber"/>
        <w:keepLines/>
      </w:pPr>
      <w:r>
        <w:t>Develop a prompt that creates a shared journal practice for couples.</w:t>
      </w:r>
    </w:p>
    <w:p>
      <w:pPr>
        <w:pStyle w:val="ListNumber"/>
        <w:keepLines/>
      </w:pPr>
      <w:r>
        <w:t>Make a prompt that structures a couples’ future planning session worksheet.</w:t>
      </w:r>
    </w:p>
    <w:p>
      <w:pPr>
        <w:pStyle w:val="Heading2"/>
      </w:pPr>
      <w:r>
        <w:t>Dating and Self-Confidence</w:t>
      </w:r>
    </w:p>
    <w:p>
      <w:pPr>
        <w:pStyle w:val="ListNumber"/>
        <w:keepLines/>
      </w:pPr>
      <w:r>
        <w:t>Create a prompt that generates daily affirmations for dating confidence.</w:t>
      </w:r>
    </w:p>
    <w:p>
      <w:pPr>
        <w:pStyle w:val="ListNumber"/>
        <w:keepLines/>
      </w:pPr>
      <w:r>
        <w:t>Write a prompt that outlines a 7-day self-esteem booster plan.</w:t>
      </w:r>
    </w:p>
    <w:p>
      <w:pPr>
        <w:pStyle w:val="ListNumber"/>
        <w:keepLines/>
      </w:pPr>
      <w:r>
        <w:t>Build a prompt that maps out a self-celebration journal system.</w:t>
      </w:r>
    </w:p>
    <w:p>
      <w:pPr>
        <w:pStyle w:val="ListNumber"/>
        <w:keepLines/>
      </w:pPr>
      <w:r>
        <w:t>Develop a prompt that creates a “why I’m a great catch” self-list.</w:t>
      </w:r>
    </w:p>
    <w:p>
      <w:pPr>
        <w:pStyle w:val="ListNumber"/>
        <w:keepLines/>
      </w:pPr>
      <w:r>
        <w:t>Make a prompt that structures a confidence building morning ritual.</w:t>
      </w:r>
    </w:p>
    <w:p>
      <w:pPr>
        <w:pStyle w:val="ListNumber"/>
        <w:keepLines/>
      </w:pPr>
      <w:r>
        <w:t>Create a prompt that generates questions to define personal dating values.</w:t>
      </w:r>
    </w:p>
    <w:p>
      <w:pPr>
        <w:pStyle w:val="ListNumber"/>
        <w:keepLines/>
      </w:pPr>
      <w:r>
        <w:t>Write a prompt that maps out what a healthy relationship looks like personally.</w:t>
      </w:r>
    </w:p>
    <w:p>
      <w:pPr>
        <w:pStyle w:val="ListNumber"/>
        <w:keepLines/>
      </w:pPr>
      <w:r>
        <w:t>Build a prompt that structures a non-negotiables and dealbreakers list.</w:t>
      </w:r>
    </w:p>
    <w:p>
      <w:pPr>
        <w:pStyle w:val="ListNumber"/>
        <w:keepLines/>
      </w:pPr>
      <w:r>
        <w:t>Develop a prompt that reflects on past relationship lessons learned.</w:t>
      </w:r>
    </w:p>
    <w:p>
      <w:pPr>
        <w:pStyle w:val="ListNumber"/>
        <w:keepLines/>
      </w:pPr>
      <w:r>
        <w:t>Make a prompt that outlines how to create a dating boundaries checklist.</w:t>
      </w:r>
    </w:p>
    <w:p>
      <w:pPr>
        <w:pStyle w:val="ListNumber"/>
        <w:keepLines/>
      </w:pPr>
      <w:r>
        <w:t>Create a prompt that structures a mindset for rejection-proof dating.</w:t>
      </w:r>
    </w:p>
    <w:p>
      <w:pPr>
        <w:pStyle w:val="ListNumber"/>
        <w:keepLines/>
      </w:pPr>
      <w:r>
        <w:t>Write a prompt that generates ways to handle ghosting maturely.</w:t>
      </w:r>
    </w:p>
    <w:p>
      <w:pPr>
        <w:pStyle w:val="ListNumber"/>
        <w:keepLines/>
      </w:pPr>
      <w:r>
        <w:t>Build a prompt that maps out strategies for dating without over-attaching.</w:t>
      </w:r>
    </w:p>
    <w:p>
      <w:pPr>
        <w:pStyle w:val="ListNumber"/>
        <w:keepLines/>
      </w:pPr>
      <w:r>
        <w:t>Develop a prompt that creates affirmations for trusting the dating process.</w:t>
      </w:r>
    </w:p>
    <w:p>
      <w:pPr>
        <w:pStyle w:val="ListNumber"/>
        <w:keepLines/>
      </w:pPr>
      <w:r>
        <w:t>Make a prompt that outlines a 24-hour emotional reset after bad dates.</w:t>
      </w:r>
    </w:p>
    <w:p>
      <w:pPr>
        <w:pStyle w:val="ListNumber"/>
        <w:keepLines/>
      </w:pPr>
      <w:r>
        <w:t>Create a prompt that generates body language tips for confident dating.</w:t>
      </w:r>
    </w:p>
    <w:p>
      <w:pPr>
        <w:pStyle w:val="ListNumber"/>
        <w:keepLines/>
      </w:pPr>
      <w:r>
        <w:t>Write a prompt that outlines conversation openers based on environment cues.</w:t>
      </w:r>
    </w:p>
    <w:p>
      <w:pPr>
        <w:pStyle w:val="ListNumber"/>
        <w:keepLines/>
      </w:pPr>
      <w:r>
        <w:t>Build a prompt that maps out easy eye contact and smiling practice routines.</w:t>
      </w:r>
    </w:p>
    <w:p>
      <w:pPr>
        <w:pStyle w:val="ListNumber"/>
        <w:keepLines/>
      </w:pPr>
      <w:r>
        <w:t>Develop a prompt that suggests 5 ways to subtly show interest on first dates.</w:t>
      </w:r>
    </w:p>
    <w:p>
      <w:pPr>
        <w:pStyle w:val="ListNumber"/>
        <w:keepLines/>
      </w:pPr>
      <w:r>
        <w:t>Make a prompt that creates a checklist for preparing mentally for a first date.</w:t>
      </w:r>
    </w:p>
    <w:p>
      <w:pPr>
        <w:pStyle w:val="ListNumber"/>
        <w:keepLines/>
      </w:pPr>
      <w:r>
        <w:t>Create a prompt that structures a “How Did I Grow This Month?” reflection prompt.</w:t>
      </w:r>
    </w:p>
    <w:p>
      <w:pPr>
        <w:pStyle w:val="ListNumber"/>
        <w:keepLines/>
      </w:pPr>
      <w:r>
        <w:t>Write a prompt that generates ideas for investing in yourself while dating.</w:t>
      </w:r>
    </w:p>
    <w:p>
      <w:pPr>
        <w:pStyle w:val="ListNumber"/>
        <w:keepLines/>
      </w:pPr>
      <w:r>
        <w:t>Build a prompt that maps out a balance plan (dating vs. personal life).</w:t>
      </w:r>
    </w:p>
    <w:p>
      <w:pPr>
        <w:pStyle w:val="ListNumber"/>
        <w:keepLines/>
      </w:pPr>
      <w:r>
        <w:t>Develop a prompt that outlines a goal to build meaningful friendships alongside dating.</w:t>
      </w:r>
    </w:p>
    <w:p>
      <w:pPr>
        <w:pStyle w:val="ListNumber"/>
        <w:keepLines/>
      </w:pPr>
      <w:r>
        <w:t>Make a prompt that structures a journaling system to track positive experiences.</w:t>
      </w:r>
    </w:p>
    <w:p>
      <w:pPr>
        <w:pStyle w:val="ListNumber"/>
        <w:keepLines/>
      </w:pPr>
      <w:r>
        <w:t>Create a prompt that maps out a “what I want in a relationship” vision statement.</w:t>
      </w:r>
    </w:p>
    <w:p>
      <w:pPr>
        <w:pStyle w:val="ListNumber"/>
        <w:keepLines/>
      </w:pPr>
      <w:r>
        <w:t>Write a prompt that generates questions for clarifying relationship goals.</w:t>
      </w:r>
    </w:p>
    <w:p>
      <w:pPr>
        <w:pStyle w:val="ListNumber"/>
        <w:keepLines/>
      </w:pPr>
      <w:r>
        <w:t>Build a prompt that structures a relationship red flags and green flags list.</w:t>
      </w:r>
    </w:p>
    <w:p>
      <w:pPr>
        <w:pStyle w:val="ListNumber"/>
        <w:keepLines/>
      </w:pPr>
      <w:r>
        <w:t>Develop a prompt that creates a “perfect first date” brainstorm list.</w:t>
      </w:r>
    </w:p>
    <w:p>
      <w:pPr>
        <w:pStyle w:val="ListNumber"/>
        <w:keepLines/>
      </w:pPr>
      <w:r>
        <w:t>Make a prompt that outlines next steps after finding a good connection.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ptos" w:hAnsi="Aptos"/>
        <w:b w:val="0"/>
        <w:color w:val="536370"/>
        <w:sz w:val="16"/>
      </w:rPr>
      <w:t xml:space="preserve">Page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12858E"/>
        <w:sz w:val="16"/>
      </w:rPr>
      <w:t>CHARLESNEWBURY.COM  |  FREE AI PROMPT PACK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300" w:lineRule="auto"/>
    </w:pPr>
    <w:rPr>
      <w:rFonts w:ascii="Calibri" w:hAnsi="Calibri"/>
      <w:color w:val="12304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12304A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12858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2304A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0"/>
      <w:contextualSpacing/>
    </w:pPr>
    <w:rPr>
      <w:rFonts w:asciiTheme="majorHAnsi" w:eastAsiaTheme="majorEastAsia" w:hAnsiTheme="majorHAnsi" w:cstheme="majorBidi" w:ascii="Calibri" w:hAnsi="Calibri"/>
      <w:b/>
      <w:color w:val="12304A"/>
      <w:spacing w:val="5"/>
      <w:kern w:val="28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320"/>
    </w:pPr>
    <w:rPr>
      <w:rFonts w:asciiTheme="majorHAnsi" w:eastAsiaTheme="majorEastAsia" w:hAnsiTheme="majorHAnsi" w:cstheme="majorBidi" w:ascii="Calibri" w:hAnsi="Calibri"/>
      <w:b w:val="0"/>
      <w:i/>
      <w:iCs/>
      <w:color w:val="12858E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80" w:line="300" w:lineRule="auto"/>
      <w:ind w:left="540" w:hanging="271"/>
      <w:contextualSpacing/>
    </w:pPr>
    <w:rPr>
      <w:rFonts w:ascii="Calibri" w:hAnsi="Calibri"/>
      <w:color w:val="12304A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Stronger Relationships &amp; Dating Confidence</dc:title>
  <dc:subject>Free AI prompt pack</dc:subject>
  <dc:creator>Charles Newbury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