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16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Goals, Productivity &amp; Personal Growth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Turn priorities into achievable goals and sustainable productivity systems.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70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professionals, students, creators and people building better habits. It brings together the source sections Goal Setting and Motivation, Productivity Systems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Goal Setting and Motivation</w:t>
      </w:r>
    </w:p>
    <w:p>
      <w:pPr>
        <w:pStyle w:val="ListNumber"/>
        <w:keepLines/>
      </w:pPr>
      <w:r>
        <w:t>Create a prompt that outlines a SMART goals worksheet.</w:t>
      </w:r>
    </w:p>
    <w:p>
      <w:pPr>
        <w:pStyle w:val="ListNumber"/>
        <w:keepLines/>
      </w:pPr>
      <w:r>
        <w:t>Write a prompt that generates a 90-day goal setting plan.</w:t>
      </w:r>
    </w:p>
    <w:p>
      <w:pPr>
        <w:pStyle w:val="ListNumber"/>
        <w:keepLines/>
      </w:pPr>
      <w:r>
        <w:t>Build a prompt that designs a goal visualization exercise.</w:t>
      </w:r>
    </w:p>
    <w:p>
      <w:pPr>
        <w:pStyle w:val="ListNumber"/>
        <w:keepLines/>
      </w:pPr>
      <w:r>
        <w:t>Develop a prompt that maps out a one-page goal summary template.</w:t>
      </w:r>
    </w:p>
    <w:p>
      <w:pPr>
        <w:pStyle w:val="ListNumber"/>
        <w:keepLines/>
      </w:pPr>
      <w:r>
        <w:t>Make a prompt that creates a “Top 3 Priorities This Month” checklist.</w:t>
      </w:r>
    </w:p>
    <w:p>
      <w:pPr>
        <w:pStyle w:val="ListNumber"/>
        <w:keepLines/>
      </w:pPr>
      <w:r>
        <w:t>Create a prompt that builds a morning motivation journaling routine.</w:t>
      </w:r>
    </w:p>
    <w:p>
      <w:pPr>
        <w:pStyle w:val="ListNumber"/>
        <w:keepLines/>
      </w:pPr>
      <w:r>
        <w:t>Write a prompt that generates affirmations for staying consistent.</w:t>
      </w:r>
    </w:p>
    <w:p>
      <w:pPr>
        <w:pStyle w:val="ListNumber"/>
        <w:keepLines/>
      </w:pPr>
      <w:r>
        <w:t>Build a prompt that structures a plan for staying motivated when progress is slow.</w:t>
      </w:r>
    </w:p>
    <w:p>
      <w:pPr>
        <w:pStyle w:val="ListNumber"/>
        <w:keepLines/>
      </w:pPr>
      <w:r>
        <w:t>Develop a prompt that maps out a “celebrate small wins” habit.</w:t>
      </w:r>
    </w:p>
    <w:p>
      <w:pPr>
        <w:pStyle w:val="ListNumber"/>
        <w:keepLines/>
      </w:pPr>
      <w:r>
        <w:t>Make a prompt that creates a resilience checklist for tough days.</w:t>
      </w:r>
    </w:p>
    <w:p>
      <w:pPr>
        <w:pStyle w:val="ListNumber"/>
        <w:keepLines/>
      </w:pPr>
      <w:r>
        <w:t>Create a prompt that generates a step-by-step breakdown of a big goal.</w:t>
      </w:r>
    </w:p>
    <w:p>
      <w:pPr>
        <w:pStyle w:val="ListNumber"/>
        <w:keepLines/>
      </w:pPr>
      <w:r>
        <w:t>Write a prompt that outlines a 7-day mini goal sprint.</w:t>
      </w:r>
    </w:p>
    <w:p>
      <w:pPr>
        <w:pStyle w:val="ListNumber"/>
        <w:keepLines/>
      </w:pPr>
      <w:r>
        <w:t>Build a prompt that maps out weekly reflection questions for goal tracking.</w:t>
      </w:r>
    </w:p>
    <w:p>
      <w:pPr>
        <w:pStyle w:val="ListNumber"/>
        <w:keepLines/>
      </w:pPr>
      <w:r>
        <w:t>Develop a prompt that creates a habit stacker for goal achievement.</w:t>
      </w:r>
    </w:p>
    <w:p>
      <w:pPr>
        <w:pStyle w:val="ListNumber"/>
        <w:keepLines/>
      </w:pPr>
      <w:r>
        <w:t>Make a prompt that structures a 30-minute weekly goal review session.</w:t>
      </w:r>
    </w:p>
    <w:p>
      <w:pPr>
        <w:pStyle w:val="ListNumber"/>
        <w:keepLines/>
      </w:pPr>
      <w:r>
        <w:t>Create a prompt that suggests setting up a personal accountability buddy system.</w:t>
      </w:r>
    </w:p>
    <w:p>
      <w:pPr>
        <w:pStyle w:val="ListNumber"/>
        <w:keepLines/>
      </w:pPr>
      <w:r>
        <w:t>Write a prompt that builds a public declaration strategy for goal pressure.</w:t>
      </w:r>
    </w:p>
    <w:p>
      <w:pPr>
        <w:pStyle w:val="ListNumber"/>
        <w:keepLines/>
      </w:pPr>
      <w:r>
        <w:t>Build a prompt that outlines a reward system for milestone achievements.</w:t>
      </w:r>
    </w:p>
    <w:p>
      <w:pPr>
        <w:pStyle w:val="ListNumber"/>
        <w:keepLines/>
      </w:pPr>
      <w:r>
        <w:t>Develop a prompt that maps out a simple “track progress visually” board.</w:t>
      </w:r>
    </w:p>
    <w:p>
      <w:pPr>
        <w:pStyle w:val="ListNumber"/>
        <w:keepLines/>
      </w:pPr>
      <w:r>
        <w:t>Make a prompt that generates templates for monthly goal check-ins.</w:t>
      </w:r>
    </w:p>
    <w:p>
      <w:pPr>
        <w:pStyle w:val="ListNumber"/>
        <w:keepLines/>
      </w:pPr>
      <w:r>
        <w:t>Create a prompt that generates a 5-year vision statement exercise.</w:t>
      </w:r>
    </w:p>
    <w:p>
      <w:pPr>
        <w:pStyle w:val="ListNumber"/>
        <w:keepLines/>
      </w:pPr>
      <w:r>
        <w:t>Write a prompt that outlines a “future self” journal prompt.</w:t>
      </w:r>
    </w:p>
    <w:p>
      <w:pPr>
        <w:pStyle w:val="ListNumber"/>
        <w:keepLines/>
      </w:pPr>
      <w:r>
        <w:t>Build a prompt that maps out a life audit worksheet.</w:t>
      </w:r>
    </w:p>
    <w:p>
      <w:pPr>
        <w:pStyle w:val="ListNumber"/>
        <w:keepLines/>
      </w:pPr>
      <w:r>
        <w:t>Develop a prompt that structures a “Bucket List in Progress” tracker.</w:t>
      </w:r>
    </w:p>
    <w:p>
      <w:pPr>
        <w:pStyle w:val="ListNumber"/>
        <w:keepLines/>
      </w:pPr>
      <w:r>
        <w:t>Make a prompt that creates a system for resetting goals every season.</w:t>
      </w:r>
    </w:p>
    <w:p>
      <w:pPr>
        <w:pStyle w:val="ListNumber"/>
        <w:keepLines/>
      </w:pPr>
      <w:r>
        <w:t>Create a prompt that generates 5 questions to ask after a goal setback.</w:t>
      </w:r>
    </w:p>
    <w:p>
      <w:pPr>
        <w:pStyle w:val="ListNumber"/>
        <w:keepLines/>
      </w:pPr>
      <w:r>
        <w:t>Write a prompt that builds a “plan B” safety net for goals.</w:t>
      </w:r>
    </w:p>
    <w:p>
      <w:pPr>
        <w:pStyle w:val="ListNumber"/>
        <w:keepLines/>
      </w:pPr>
      <w:r>
        <w:t>Build a prompt that maps out an emotional recovery checklist for goal failures.</w:t>
      </w:r>
    </w:p>
    <w:p>
      <w:pPr>
        <w:pStyle w:val="ListNumber"/>
        <w:keepLines/>
      </w:pPr>
      <w:r>
        <w:t>Develop a prompt that outlines a mindset shift practice for mistakes.</w:t>
      </w:r>
    </w:p>
    <w:p>
      <w:pPr>
        <w:pStyle w:val="ListNumber"/>
        <w:keepLines/>
      </w:pPr>
      <w:r>
        <w:t>Make a prompt that designs a self-forgiveness framework to stay moving.</w:t>
      </w:r>
    </w:p>
    <w:p>
      <w:pPr>
        <w:pStyle w:val="Heading2"/>
      </w:pPr>
      <w:r>
        <w:t>Productivity Systems</w:t>
      </w:r>
    </w:p>
    <w:p>
      <w:pPr>
        <w:pStyle w:val="ListNumber"/>
        <w:keepLines/>
      </w:pPr>
      <w:r>
        <w:t>Create a prompt that designs a “Top 3 Priorities” daily planner.</w:t>
      </w:r>
    </w:p>
    <w:p>
      <w:pPr>
        <w:pStyle w:val="ListNumber"/>
        <w:keepLines/>
      </w:pPr>
      <w:r>
        <w:t>Write a prompt that maps out a morning routine productivity checklist.</w:t>
      </w:r>
    </w:p>
    <w:p>
      <w:pPr>
        <w:pStyle w:val="ListNumber"/>
        <w:keepLines/>
      </w:pPr>
      <w:r>
        <w:t>Build a prompt that outlines a 5-minute evening shutdown ritual.</w:t>
      </w:r>
    </w:p>
    <w:p>
      <w:pPr>
        <w:pStyle w:val="ListNumber"/>
        <w:keepLines/>
      </w:pPr>
      <w:r>
        <w:t>Develop a prompt that structures a Sunday reset planning session.</w:t>
      </w:r>
    </w:p>
    <w:p>
      <w:pPr>
        <w:pStyle w:val="ListNumber"/>
        <w:keepLines/>
      </w:pPr>
      <w:r>
        <w:t>Make a prompt that creates a “Week at a Glance” template.</w:t>
      </w:r>
    </w:p>
    <w:p>
      <w:pPr>
        <w:pStyle w:val="ListNumber"/>
        <w:keepLines/>
      </w:pPr>
      <w:r>
        <w:t>Create a prompt that designs a basic Eisenhower Matrix for task sorting.</w:t>
      </w:r>
    </w:p>
    <w:p>
      <w:pPr>
        <w:pStyle w:val="ListNumber"/>
        <w:keepLines/>
      </w:pPr>
      <w:r>
        <w:t>Write a prompt that generates a daily Pomodoro work session outline.</w:t>
      </w:r>
    </w:p>
    <w:p>
      <w:pPr>
        <w:pStyle w:val="ListNumber"/>
        <w:keepLines/>
      </w:pPr>
      <w:r>
        <w:t>Build a prompt that structures a batching task workflow for deep work.</w:t>
      </w:r>
    </w:p>
    <w:p>
      <w:pPr>
        <w:pStyle w:val="ListNumber"/>
        <w:keepLines/>
      </w:pPr>
      <w:r>
        <w:t>Develop a prompt that maps out a Kanban board setup (To-Do, Doing, Done).</w:t>
      </w:r>
    </w:p>
    <w:p>
      <w:pPr>
        <w:pStyle w:val="ListNumber"/>
        <w:keepLines/>
      </w:pPr>
      <w:r>
        <w:t>Make a prompt that creates a personal task delegation checklist.</w:t>
      </w:r>
    </w:p>
    <w:p>
      <w:pPr>
        <w:pStyle w:val="ListNumber"/>
        <w:keepLines/>
      </w:pPr>
      <w:r>
        <w:t>Create a prompt that builds a project tracker for solo entrepreneurs.</w:t>
      </w:r>
    </w:p>
    <w:p>
      <w:pPr>
        <w:pStyle w:val="ListNumber"/>
        <w:keepLines/>
      </w:pPr>
      <w:r>
        <w:t>Write a prompt that generates a simple Gantt chart planning prompt.</w:t>
      </w:r>
    </w:p>
    <w:p>
      <w:pPr>
        <w:pStyle w:val="ListNumber"/>
        <w:keepLines/>
      </w:pPr>
      <w:r>
        <w:t>Build a prompt that maps out a goal tracker tied to deadlines.</w:t>
      </w:r>
    </w:p>
    <w:p>
      <w:pPr>
        <w:pStyle w:val="ListNumber"/>
        <w:keepLines/>
      </w:pPr>
      <w:r>
        <w:t>Develop a prompt that structures a milestone-based goal breakdown.</w:t>
      </w:r>
    </w:p>
    <w:p>
      <w:pPr>
        <w:pStyle w:val="ListNumber"/>
        <w:keepLines/>
      </w:pPr>
      <w:r>
        <w:t>Make a prompt that creates a project retrospective reflection prompt.</w:t>
      </w:r>
    </w:p>
    <w:p>
      <w:pPr>
        <w:pStyle w:val="ListNumber"/>
        <w:keepLines/>
      </w:pPr>
      <w:r>
        <w:t>Create a prompt that outlines a distraction audit exercise.</w:t>
      </w:r>
    </w:p>
    <w:p>
      <w:pPr>
        <w:pStyle w:val="ListNumber"/>
        <w:keepLines/>
      </w:pPr>
      <w:r>
        <w:t>Write a prompt that maps out a social media boundary system.</w:t>
      </w:r>
    </w:p>
    <w:p>
      <w:pPr>
        <w:pStyle w:val="ListNumber"/>
        <w:keepLines/>
      </w:pPr>
      <w:r>
        <w:t>Build a prompt that structures a deep work daily challenge.</w:t>
      </w:r>
    </w:p>
    <w:p>
      <w:pPr>
        <w:pStyle w:val="ListNumber"/>
        <w:keepLines/>
      </w:pPr>
      <w:r>
        <w:t>Develop a prompt that designs a personal “do not disturb” policy.</w:t>
      </w:r>
    </w:p>
    <w:p>
      <w:pPr>
        <w:pStyle w:val="ListNumber"/>
        <w:keepLines/>
      </w:pPr>
      <w:r>
        <w:t>Make a prompt that generates a tech-free hour daily system.</w:t>
      </w:r>
    </w:p>
    <w:p>
      <w:pPr>
        <w:pStyle w:val="ListNumber"/>
        <w:keepLines/>
      </w:pPr>
      <w:r>
        <w:t>Create a prompt that structures an energy management self-check prompt.</w:t>
      </w:r>
    </w:p>
    <w:p>
      <w:pPr>
        <w:pStyle w:val="ListNumber"/>
        <w:keepLines/>
      </w:pPr>
      <w:r>
        <w:t>Write a prompt that maps out an optimal daily time-blocking schedule.</w:t>
      </w:r>
    </w:p>
    <w:p>
      <w:pPr>
        <w:pStyle w:val="ListNumber"/>
        <w:keepLines/>
      </w:pPr>
      <w:r>
        <w:t>Build a prompt that generates a “most productive hours” tracker.</w:t>
      </w:r>
    </w:p>
    <w:p>
      <w:pPr>
        <w:pStyle w:val="ListNumber"/>
        <w:keepLines/>
      </w:pPr>
      <w:r>
        <w:t>Develop a prompt that outlines a mini-recharge strategy for work breaks.</w:t>
      </w:r>
    </w:p>
    <w:p>
      <w:pPr>
        <w:pStyle w:val="ListNumber"/>
        <w:keepLines/>
      </w:pPr>
      <w:r>
        <w:t>Make a prompt that creates a system for energy-based task matching.</w:t>
      </w:r>
    </w:p>
    <w:p>
      <w:pPr>
        <w:pStyle w:val="ListNumber"/>
        <w:keepLines/>
      </w:pPr>
      <w:r>
        <w:t>Create a prompt that structures a habit stacking system for mornings.</w:t>
      </w:r>
    </w:p>
    <w:p>
      <w:pPr>
        <w:pStyle w:val="ListNumber"/>
        <w:keepLines/>
      </w:pPr>
      <w:r>
        <w:t>Write a prompt that generates a “one new habit a month” plan.</w:t>
      </w:r>
    </w:p>
    <w:p>
      <w:pPr>
        <w:pStyle w:val="ListNumber"/>
        <w:keepLines/>
      </w:pPr>
      <w:r>
        <w:t>Build a prompt that maps out a habit tracking spreadsheet.</w:t>
      </w:r>
    </w:p>
    <w:p>
      <w:pPr>
        <w:pStyle w:val="ListNumber"/>
        <w:keepLines/>
      </w:pPr>
      <w:r>
        <w:t>Develop a prompt that designs a reward system for consistency.</w:t>
      </w:r>
    </w:p>
    <w:p>
      <w:pPr>
        <w:pStyle w:val="ListNumber"/>
        <w:keepLines/>
      </w:pPr>
      <w:r>
        <w:t>Make a prompt that outlines a system for replacing bad habits with good ones.</w:t>
      </w:r>
    </w:p>
    <w:p>
      <w:pPr>
        <w:pStyle w:val="ListNumber"/>
        <w:keepLines/>
      </w:pPr>
      <w:r>
        <w:t>Create a prompt that builds a quarterly review and reset system.</w:t>
      </w:r>
    </w:p>
    <w:p>
      <w:pPr>
        <w:pStyle w:val="ListNumber"/>
        <w:keepLines/>
      </w:pPr>
      <w:r>
        <w:t>Write a prompt that generates a mini-system for learning a new skill monthly.</w:t>
      </w:r>
    </w:p>
    <w:p>
      <w:pPr>
        <w:pStyle w:val="ListNumber"/>
        <w:keepLines/>
      </w:pPr>
      <w:r>
        <w:t>Build a prompt that maps out a “one goal at a time” extreme focus method.</w:t>
      </w:r>
    </w:p>
    <w:p>
      <w:pPr>
        <w:pStyle w:val="ListNumber"/>
        <w:keepLines/>
      </w:pPr>
      <w:r>
        <w:t>Develop a prompt that structures a personal KPI (Key Performance Indicator) tracker.</w:t>
      </w:r>
    </w:p>
    <w:p>
      <w:pPr>
        <w:pStyle w:val="ListNumber"/>
        <w:keepLines/>
      </w:pPr>
      <w:r>
        <w:t>Make a prompt that outlines a burnout prevention plan with built-in breaks.</w:t>
      </w:r>
    </w:p>
    <w:p>
      <w:pPr>
        <w:pStyle w:val="ListNumber"/>
        <w:keepLines/>
      </w:pPr>
      <w:r>
        <w:t>Create a prompt that generates affirmations for productivity and flow.</w:t>
      </w:r>
    </w:p>
    <w:p>
      <w:pPr>
        <w:pStyle w:val="ListNumber"/>
        <w:keepLines/>
      </w:pPr>
      <w:r>
        <w:t>Write a prompt that maps out a “focus mantra” practice.</w:t>
      </w:r>
    </w:p>
    <w:p>
      <w:pPr>
        <w:pStyle w:val="ListNumber"/>
        <w:keepLines/>
      </w:pPr>
      <w:r>
        <w:t>Build a prompt that structures a resilience checklist for tough weeks.</w:t>
      </w:r>
    </w:p>
    <w:p>
      <w:pPr>
        <w:pStyle w:val="ListNumber"/>
        <w:keepLines/>
      </w:pPr>
      <w:r>
        <w:t>Develop a prompt that designs a visualization exercise for productive days.</w:t>
      </w:r>
    </w:p>
    <w:p>
      <w:pPr>
        <w:pStyle w:val="ListNumber"/>
        <w:keepLines/>
      </w:pPr>
      <w:r>
        <w:t>Make a prompt that creates a mental “reset button” script when overwhelmed.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Goals, Productivity &amp; Personal Growth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