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900" w:after="300"/>
        <w:jc w:val="center"/>
      </w:pPr>
      <w:r>
        <w:rPr>
          <w:rFonts w:ascii="Aptos" w:hAnsi="Aptos"/>
          <w:b/>
          <w:color w:val="DA9D39"/>
          <w:sz w:val="20"/>
        </w:rPr>
        <w:t>FREE AI PROMPT PACK  15</w:t>
      </w:r>
    </w:p>
    <w:p>
      <w:pPr>
        <w:pStyle w:val="Title"/>
        <w:keepNext/>
        <w:jc w:val="center"/>
      </w:pPr>
      <w:r>
        <w:rPr>
          <w:rFonts w:ascii="Aptos Display" w:hAnsi="Aptos Display"/>
          <w:b/>
          <w:color w:val="12304A"/>
          <w:sz w:val="60"/>
        </w:rPr>
        <w:t>Health, Fitness &amp; Wellbeing</w:t>
      </w:r>
    </w:p>
    <w:p>
      <w:pPr>
        <w:pStyle w:val="Subtitle"/>
        <w:jc w:val="center"/>
      </w:pPr>
      <w:r>
        <w:rPr>
          <w:rFonts w:ascii="Aptos" w:hAnsi="Aptos"/>
          <w:b w:val="0"/>
          <w:color w:val="12858E"/>
          <w:sz w:val="28"/>
        </w:rPr>
        <w:t>Support healthier routines through exercise planning, reflection and everyday food habits.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4464"/>
            <w:shd w:fill="EAF4F5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pPr>
              <w:spacing w:after="0"/>
              <w:jc w:val="center"/>
            </w:pPr>
            <w:r>
              <w:rPr>
                <w:rFonts w:ascii="Aptos" w:hAnsi="Aptos"/>
                <w:b/>
                <w:color w:val="12858E"/>
                <w:sz w:val="46"/>
              </w:rPr>
              <w:t>100</w:t>
            </w:r>
            <w:r>
              <w:rPr>
                <w:rFonts w:ascii="Aptos" w:hAnsi="Aptos"/>
                <w:b/>
                <w:color w:val="536370"/>
                <w:sz w:val="18"/>
              </w:rPr>
              <w:br/>
              <w:t>source prompts included</w:t>
            </w:r>
          </w:p>
        </w:tc>
      </w:tr>
    </w:tbl>
    <w:p>
      <w:pPr>
        <w:spacing w:before="560"/>
        <w:jc w:val="center"/>
      </w:pPr>
      <w:r>
        <w:rPr>
          <w:rFonts w:ascii="Aptos" w:hAnsi="Aptos"/>
          <w:b w:val="0"/>
          <w:color w:val="536370"/>
          <w:sz w:val="22"/>
        </w:rPr>
        <w:t>Build smarter. Create faster. Live better.</w:t>
      </w:r>
    </w:p>
    <w:p>
      <w:pPr>
        <w:spacing w:before="2100"/>
        <w:jc w:val="center"/>
      </w:pPr>
      <w:r>
        <w:rPr>
          <w:rFonts w:ascii="Aptos" w:hAnsi="Aptos"/>
          <w:b/>
          <w:color w:val="12304A"/>
          <w:sz w:val="20"/>
        </w:rPr>
        <w:t>CHARLES NEWBURY</w:t>
      </w:r>
      <w:r>
        <w:rPr>
          <w:rFonts w:ascii="Aptos" w:hAnsi="Aptos"/>
          <w:b w:val="0"/>
          <w:color w:val="12858E"/>
          <w:sz w:val="18"/>
        </w:rPr>
        <w:br/>
        <w:t>www.charlesnewbury.com</w:t>
      </w:r>
    </w:p>
    <w:p>
      <w:r>
        <w:br w:type="page"/>
      </w:r>
    </w:p>
    <w:p>
      <w:pPr>
        <w:pStyle w:val="Heading1"/>
      </w:pPr>
      <w:r>
        <w:t>Start here</w:t>
      </w:r>
    </w:p>
    <w:p>
      <w:r>
        <w:t>This pack is designed for busy adults, wellness creators, coaches and healthy-habit beginners. It brings together the source sections Fitness and Exercise, Mental Health Self-Check, Healthy Eating and Habits in one focused, practical collection.</w:t>
      </w:r>
    </w:p>
    <w:p>
      <w:pPr>
        <w:pStyle w:val="Heading2"/>
      </w:pPr>
      <w:r>
        <w:t>How to use these prompts</w:t>
      </w:r>
    </w:p>
    <w:p>
      <w:pPr>
        <w:pStyle w:val="ListBullet"/>
      </w:pPr>
      <w:r>
        <w:t>Copy one prompt into ChatGPT, Claude, Gemini or another capable AI assistant.</w:t>
      </w:r>
    </w:p>
    <w:p>
      <w:pPr>
        <w:pStyle w:val="ListBullet"/>
      </w:pPr>
      <w:r>
        <w:t>Add context: your goal, audience, constraints, examples, preferred tone and required format.</w:t>
      </w:r>
    </w:p>
    <w:p>
      <w:pPr>
        <w:pStyle w:val="ListBullet"/>
      </w:pPr>
      <w:r>
        <w:t>Review the response for accuracy, relevance and suitability before using it.</w:t>
      </w:r>
    </w:p>
    <w:p>
      <w:pPr>
        <w:pStyle w:val="ListBullet"/>
      </w:pPr>
      <w:r>
        <w:t>Ask follow-up questions or request alternatives until the output fits your situation.</w:t>
      </w:r>
    </w:p>
    <w:p>
      <w:pPr>
        <w:spacing w:before="160" w:after="200"/>
        <w:shd w:fill="FFF7E6"/>
      </w:pPr>
      <w:r>
        <w:rPr>
          <w:rFonts w:ascii="Aptos" w:hAnsi="Aptos"/>
          <w:b/>
          <w:color w:val="7A5A00"/>
          <w:sz w:val="21"/>
        </w:rPr>
        <w:t xml:space="preserve">Important: </w:t>
      </w:r>
      <w:r>
        <w:rPr>
          <w:rFonts w:ascii="Aptos" w:hAnsi="Aptos"/>
          <w:b w:val="0"/>
          <w:color w:val="12304A"/>
          <w:sz w:val="21"/>
        </w:rPr>
        <w:t>General educational use only. AI output is not medical or mental-health advice and is not a substitute for a qualified professional or emergency support.</w:t>
      </w:r>
    </w:p>
    <w:p>
      <w:r>
        <w:br w:type="page"/>
      </w:r>
    </w:p>
    <w:p>
      <w:pPr>
        <w:pStyle w:val="Heading1"/>
      </w:pPr>
      <w:r>
        <w:t>The prompts</w:t>
      </w:r>
    </w:p>
    <w:p>
      <w:pPr>
        <w:pStyle w:val="Heading2"/>
      </w:pPr>
      <w:r>
        <w:t>Fitness and Exercise</w:t>
      </w:r>
    </w:p>
    <w:p>
      <w:pPr>
        <w:pStyle w:val="ListNumber"/>
        <w:keepLines/>
      </w:pPr>
      <w:r>
        <w:t>Create a prompt that builds a beginner bodyweight workout plan.</w:t>
      </w:r>
    </w:p>
    <w:p>
      <w:pPr>
        <w:pStyle w:val="ListNumber"/>
        <w:keepLines/>
      </w:pPr>
      <w:r>
        <w:t>Write a prompt that outlines a 3-day full-body strength routine.</w:t>
      </w:r>
    </w:p>
    <w:p>
      <w:pPr>
        <w:pStyle w:val="ListNumber"/>
        <w:keepLines/>
      </w:pPr>
      <w:r>
        <w:t>Build a prompt that generates a 10-minute daily mobility routine.</w:t>
      </w:r>
    </w:p>
    <w:p>
      <w:pPr>
        <w:pStyle w:val="ListNumber"/>
        <w:keepLines/>
      </w:pPr>
      <w:r>
        <w:t>Develop a prompt that maps out a couch-to-5K beginner running plan.</w:t>
      </w:r>
    </w:p>
    <w:p>
      <w:pPr>
        <w:pStyle w:val="ListNumber"/>
        <w:keepLines/>
      </w:pPr>
      <w:r>
        <w:t>Make a prompt that structures a home workout program with no equipment.</w:t>
      </w:r>
    </w:p>
    <w:p>
      <w:pPr>
        <w:pStyle w:val="ListNumber"/>
        <w:keepLines/>
      </w:pPr>
      <w:r>
        <w:t>Create a prompt that designs a 4-week hypertrophy training plan.</w:t>
      </w:r>
    </w:p>
    <w:p>
      <w:pPr>
        <w:pStyle w:val="ListNumber"/>
        <w:keepLines/>
      </w:pPr>
      <w:r>
        <w:t>Write a prompt that builds a progressive overload strength program.</w:t>
      </w:r>
    </w:p>
    <w:p>
      <w:pPr>
        <w:pStyle w:val="ListNumber"/>
        <w:keepLines/>
      </w:pPr>
      <w:r>
        <w:t>Build a prompt that maps out compound movement-focused workouts.</w:t>
      </w:r>
    </w:p>
    <w:p>
      <w:pPr>
        <w:pStyle w:val="ListNumber"/>
        <w:keepLines/>
      </w:pPr>
      <w:r>
        <w:t>Develop a prompt that creates a beginner’s guide to resistance bands.</w:t>
      </w:r>
    </w:p>
    <w:p>
      <w:pPr>
        <w:pStyle w:val="ListNumber"/>
        <w:keepLines/>
      </w:pPr>
      <w:r>
        <w:t>Make a prompt that generates a split routine (upper/lower body days).</w:t>
      </w:r>
    </w:p>
    <w:p>
      <w:pPr>
        <w:pStyle w:val="ListNumber"/>
        <w:keepLines/>
      </w:pPr>
      <w:r>
        <w:t>Create a prompt that outlines a fat-burning HIIT program.</w:t>
      </w:r>
    </w:p>
    <w:p>
      <w:pPr>
        <w:pStyle w:val="ListNumber"/>
        <w:keepLines/>
      </w:pPr>
      <w:r>
        <w:t>Write a prompt that builds a low-impact cardio routine for beginners.</w:t>
      </w:r>
    </w:p>
    <w:p>
      <w:pPr>
        <w:pStyle w:val="ListNumber"/>
        <w:keepLines/>
      </w:pPr>
      <w:r>
        <w:t>Build a prompt that generates a 20-minute jump rope cardio plan.</w:t>
      </w:r>
    </w:p>
    <w:p>
      <w:pPr>
        <w:pStyle w:val="ListNumber"/>
        <w:keepLines/>
      </w:pPr>
      <w:r>
        <w:t>Develop a prompt that maps out a fat loss strength training split.</w:t>
      </w:r>
    </w:p>
    <w:p>
      <w:pPr>
        <w:pStyle w:val="ListNumber"/>
        <w:keepLines/>
      </w:pPr>
      <w:r>
        <w:t>Make a prompt that suggests active recovery workout ideas.</w:t>
      </w:r>
    </w:p>
    <w:p>
      <w:pPr>
        <w:pStyle w:val="ListNumber"/>
        <w:keepLines/>
      </w:pPr>
      <w:r>
        <w:t>Create a prompt that generates a daily stretching sequence.</w:t>
      </w:r>
    </w:p>
    <w:p>
      <w:pPr>
        <w:pStyle w:val="ListNumber"/>
        <w:keepLines/>
      </w:pPr>
      <w:r>
        <w:t>Write a prompt that builds a morning dynamic warm-up routine.</w:t>
      </w:r>
    </w:p>
    <w:p>
      <w:pPr>
        <w:pStyle w:val="ListNumber"/>
        <w:keepLines/>
      </w:pPr>
      <w:r>
        <w:t>Build a prompt that outlines an evening relaxation stretching plan.</w:t>
      </w:r>
    </w:p>
    <w:p>
      <w:pPr>
        <w:pStyle w:val="ListNumber"/>
        <w:keepLines/>
      </w:pPr>
      <w:r>
        <w:t>Develop a prompt that maps out a yoga-for-beginners flow sequence.</w:t>
      </w:r>
    </w:p>
    <w:p>
      <w:pPr>
        <w:pStyle w:val="ListNumber"/>
        <w:keepLines/>
      </w:pPr>
      <w:r>
        <w:t>Make a prompt that creates a simple hip and shoulder mobility plan.</w:t>
      </w:r>
    </w:p>
    <w:p>
      <w:pPr>
        <w:pStyle w:val="ListNumber"/>
        <w:keepLines/>
      </w:pPr>
      <w:r>
        <w:t>Create a prompt that structures a 30-day pushup challenge.</w:t>
      </w:r>
    </w:p>
    <w:p>
      <w:pPr>
        <w:pStyle w:val="ListNumber"/>
        <w:keepLines/>
      </w:pPr>
      <w:r>
        <w:t>Write a prompt that outlines a 5,000 steps-a-day walking challenge.</w:t>
      </w:r>
    </w:p>
    <w:p>
      <w:pPr>
        <w:pStyle w:val="ListNumber"/>
        <w:keepLines/>
      </w:pPr>
      <w:r>
        <w:t>Build a prompt that designs a squat challenge for beginners.</w:t>
      </w:r>
    </w:p>
    <w:p>
      <w:pPr>
        <w:pStyle w:val="ListNumber"/>
        <w:keepLines/>
      </w:pPr>
      <w:r>
        <w:t>Develop a prompt that generates a monthly bodyweight-only challenge.</w:t>
      </w:r>
    </w:p>
    <w:p>
      <w:pPr>
        <w:pStyle w:val="ListNumber"/>
        <w:keepLines/>
      </w:pPr>
      <w:r>
        <w:t>Make a prompt that builds a “Beat Your Personal Best” workout challenge.</w:t>
      </w:r>
    </w:p>
    <w:p>
      <w:pPr>
        <w:pStyle w:val="ListNumber"/>
        <w:keepLines/>
      </w:pPr>
      <w:r>
        <w:t>Create a prompt that generates a desk worker posture correction routine.</w:t>
      </w:r>
    </w:p>
    <w:p>
      <w:pPr>
        <w:pStyle w:val="ListNumber"/>
        <w:keepLines/>
      </w:pPr>
      <w:r>
        <w:t>Write a prompt that builds a beginner’s kettlebell training plan.</w:t>
      </w:r>
    </w:p>
    <w:p>
      <w:pPr>
        <w:pStyle w:val="ListNumber"/>
        <w:keepLines/>
      </w:pPr>
      <w:r>
        <w:t>Build a prompt that outlines a swimming-based fitness routine.</w:t>
      </w:r>
    </w:p>
    <w:p>
      <w:pPr>
        <w:pStyle w:val="ListNumber"/>
        <w:keepLines/>
      </w:pPr>
      <w:r>
        <w:t>Develop a prompt that creates an indoor cycling conditioning program.</w:t>
      </w:r>
    </w:p>
    <w:p>
      <w:pPr>
        <w:pStyle w:val="ListNumber"/>
        <w:keepLines/>
      </w:pPr>
      <w:r>
        <w:t>Make a prompt that generates a mini-triathlon training guide for beginners.</w:t>
      </w:r>
    </w:p>
    <w:p>
      <w:pPr>
        <w:pStyle w:val="ListNumber"/>
        <w:keepLines/>
      </w:pPr>
      <w:r>
        <w:t>Create a prompt that builds a workout habit tracker system.</w:t>
      </w:r>
    </w:p>
    <w:p>
      <w:pPr>
        <w:pStyle w:val="ListNumber"/>
        <w:keepLines/>
      </w:pPr>
      <w:r>
        <w:t>Write a prompt that generates a motivational checklist for sticking to fitness goals.</w:t>
      </w:r>
    </w:p>
    <w:p>
      <w:pPr>
        <w:pStyle w:val="ListNumber"/>
        <w:keepLines/>
      </w:pPr>
      <w:r>
        <w:t>Build a prompt that outlines a strategy for tracking strength progression.</w:t>
      </w:r>
    </w:p>
    <w:p>
      <w:pPr>
        <w:pStyle w:val="ListNumber"/>
        <w:keepLines/>
      </w:pPr>
      <w:r>
        <w:t>Develop a prompt that maps out a pre- and post-workout ritual.</w:t>
      </w:r>
    </w:p>
    <w:p>
      <w:pPr>
        <w:pStyle w:val="ListNumber"/>
        <w:keepLines/>
      </w:pPr>
      <w:r>
        <w:t>Make a prompt that creates a fitness vision board prompt list.</w:t>
      </w:r>
    </w:p>
    <w:p>
      <w:pPr>
        <w:pStyle w:val="ListNumber"/>
        <w:keepLines/>
      </w:pPr>
      <w:r>
        <w:t>Create a prompt that generates a beginner’s guide to workout recovery days.</w:t>
      </w:r>
    </w:p>
    <w:p>
      <w:pPr>
        <w:pStyle w:val="ListNumber"/>
        <w:keepLines/>
      </w:pPr>
      <w:r>
        <w:t>Write a prompt that builds a simple post-workout cooldown routine.</w:t>
      </w:r>
    </w:p>
    <w:p>
      <w:pPr>
        <w:pStyle w:val="ListNumber"/>
        <w:keepLines/>
      </w:pPr>
      <w:r>
        <w:t>Build a prompt that outlines a safe return-to-exercise plan after injury.</w:t>
      </w:r>
    </w:p>
    <w:p>
      <w:pPr>
        <w:pStyle w:val="ListNumber"/>
        <w:keepLines/>
      </w:pPr>
      <w:r>
        <w:t>Develop a prompt that suggests injury-prevention warmup exercises.</w:t>
      </w:r>
    </w:p>
    <w:p>
      <w:pPr>
        <w:pStyle w:val="ListNumber"/>
        <w:keepLines/>
      </w:pPr>
      <w:r>
        <w:t>Make a prompt that maps out best practices for sleep and muscle recovery.</w:t>
      </w:r>
    </w:p>
    <w:p>
      <w:pPr>
        <w:pStyle w:val="Heading2"/>
      </w:pPr>
      <w:r>
        <w:t>Mental Health Self-Check</w:t>
      </w:r>
    </w:p>
    <w:p>
      <w:pPr>
        <w:pStyle w:val="ListNumber"/>
        <w:keepLines/>
      </w:pPr>
      <w:r>
        <w:t>Create a prompt that checks in with today’s energy level and emotional state.</w:t>
      </w:r>
    </w:p>
    <w:p>
      <w:pPr>
        <w:pStyle w:val="ListNumber"/>
        <w:keepLines/>
      </w:pPr>
      <w:r>
        <w:t>Write a prompt that reflects on one thing that went well today.</w:t>
      </w:r>
    </w:p>
    <w:p>
      <w:pPr>
        <w:pStyle w:val="ListNumber"/>
        <w:keepLines/>
      </w:pPr>
      <w:r>
        <w:t>Build a prompt that asks what triggered stress or anxiety today.</w:t>
      </w:r>
    </w:p>
    <w:p>
      <w:pPr>
        <w:pStyle w:val="ListNumber"/>
        <w:keepLines/>
      </w:pPr>
      <w:r>
        <w:t>Develop a prompt that explores what gave you peace or calm today.</w:t>
      </w:r>
    </w:p>
    <w:p>
      <w:pPr>
        <w:pStyle w:val="ListNumber"/>
        <w:keepLines/>
      </w:pPr>
      <w:r>
        <w:t>Make a prompt that identifies how you coped with challenges today.</w:t>
      </w:r>
    </w:p>
    <w:p>
      <w:pPr>
        <w:pStyle w:val="ListNumber"/>
        <w:keepLines/>
      </w:pPr>
      <w:r>
        <w:t>Create a prompt that lists 5 emotions you felt today and why.</w:t>
      </w:r>
    </w:p>
    <w:p>
      <w:pPr>
        <w:pStyle w:val="ListNumber"/>
        <w:keepLines/>
      </w:pPr>
      <w:r>
        <w:t>Write a prompt that explores how your body physically felt during stress.</w:t>
      </w:r>
    </w:p>
    <w:p>
      <w:pPr>
        <w:pStyle w:val="ListNumber"/>
        <w:keepLines/>
      </w:pPr>
      <w:r>
        <w:t>Build a prompt that asks how you expressed or suppressed emotions today.</w:t>
      </w:r>
    </w:p>
    <w:p>
      <w:pPr>
        <w:pStyle w:val="ListNumber"/>
        <w:keepLines/>
      </w:pPr>
      <w:r>
        <w:t>Develop a prompt that reflects on whether you felt emotionally supported today.</w:t>
      </w:r>
    </w:p>
    <w:p>
      <w:pPr>
        <w:pStyle w:val="ListNumber"/>
        <w:keepLines/>
      </w:pPr>
      <w:r>
        <w:t>Make a prompt that explores moments of gratitude even on hard days.</w:t>
      </w:r>
    </w:p>
    <w:p>
      <w:pPr>
        <w:pStyle w:val="ListNumber"/>
        <w:keepLines/>
      </w:pPr>
      <w:r>
        <w:t>Create a prompt that lists 3 things you like about yourself today.</w:t>
      </w:r>
    </w:p>
    <w:p>
      <w:pPr>
        <w:pStyle w:val="ListNumber"/>
        <w:keepLines/>
      </w:pPr>
      <w:r>
        <w:t>Write a prompt that challenges a negative self-belief you noticed.</w:t>
      </w:r>
    </w:p>
    <w:p>
      <w:pPr>
        <w:pStyle w:val="ListNumber"/>
        <w:keepLines/>
      </w:pPr>
      <w:r>
        <w:t>Build a prompt that explores your inner dialogue patterns.</w:t>
      </w:r>
    </w:p>
    <w:p>
      <w:pPr>
        <w:pStyle w:val="ListNumber"/>
        <w:keepLines/>
      </w:pPr>
      <w:r>
        <w:t>Develop a prompt that reflects on how you celebrated small wins.</w:t>
      </w:r>
    </w:p>
    <w:p>
      <w:pPr>
        <w:pStyle w:val="ListNumber"/>
        <w:keepLines/>
      </w:pPr>
      <w:r>
        <w:t>Make a prompt that maps out areas you felt proud of recently.</w:t>
      </w:r>
    </w:p>
    <w:p>
      <w:pPr>
        <w:pStyle w:val="ListNumber"/>
        <w:keepLines/>
      </w:pPr>
      <w:r>
        <w:t>Create a prompt that identifies your biggest current stressors.</w:t>
      </w:r>
    </w:p>
    <w:p>
      <w:pPr>
        <w:pStyle w:val="ListNumber"/>
        <w:keepLines/>
      </w:pPr>
      <w:r>
        <w:t>Write a prompt that explores which stressors are within your control.</w:t>
      </w:r>
    </w:p>
    <w:p>
      <w:pPr>
        <w:pStyle w:val="ListNumber"/>
        <w:keepLines/>
      </w:pPr>
      <w:r>
        <w:t>Build a prompt that suggests quick calming exercises for high-stress days.</w:t>
      </w:r>
    </w:p>
    <w:p>
      <w:pPr>
        <w:pStyle w:val="ListNumber"/>
        <w:keepLines/>
      </w:pPr>
      <w:r>
        <w:t>Develop a prompt that reflects on what techniques helped you relax recently.</w:t>
      </w:r>
    </w:p>
    <w:p>
      <w:pPr>
        <w:pStyle w:val="ListNumber"/>
        <w:keepLines/>
      </w:pPr>
      <w:r>
        <w:t>Make a prompt that outlines a “mental reset” plan for overwhelming days.</w:t>
      </w:r>
    </w:p>
    <w:p>
      <w:pPr>
        <w:pStyle w:val="ListNumber"/>
        <w:keepLines/>
      </w:pPr>
      <w:r>
        <w:t>Create a prompt that identifies recent setbacks you learned from.</w:t>
      </w:r>
    </w:p>
    <w:p>
      <w:pPr>
        <w:pStyle w:val="ListNumber"/>
        <w:keepLines/>
      </w:pPr>
      <w:r>
        <w:t>Write a prompt that explores how you bounced back after a tough moment.</w:t>
      </w:r>
    </w:p>
    <w:p>
      <w:pPr>
        <w:pStyle w:val="ListNumber"/>
        <w:keepLines/>
      </w:pPr>
      <w:r>
        <w:t>Build a prompt that maps out areas where you showed courage.</w:t>
      </w:r>
    </w:p>
    <w:p>
      <w:pPr>
        <w:pStyle w:val="ListNumber"/>
        <w:keepLines/>
      </w:pPr>
      <w:r>
        <w:t>Develop a prompt that reflects on a time you handled fear well.</w:t>
      </w:r>
    </w:p>
    <w:p>
      <w:pPr>
        <w:pStyle w:val="ListNumber"/>
        <w:keepLines/>
      </w:pPr>
      <w:r>
        <w:t>Make a prompt that identifies habits that improve your mental health.</w:t>
      </w:r>
    </w:p>
    <w:p>
      <w:pPr>
        <w:pStyle w:val="ListNumber"/>
        <w:keepLines/>
      </w:pPr>
      <w:r>
        <w:t>Create a prompt that generates one thing you want to work on mentally this week.</w:t>
      </w:r>
    </w:p>
    <w:p>
      <w:pPr>
        <w:pStyle w:val="ListNumber"/>
        <w:keepLines/>
      </w:pPr>
      <w:r>
        <w:t>Write a prompt that outlines a mental health goal for this month.</w:t>
      </w:r>
    </w:p>
    <w:p>
      <w:pPr>
        <w:pStyle w:val="ListNumber"/>
        <w:keepLines/>
      </w:pPr>
      <w:r>
        <w:t>Build a prompt that maps out 5 activities that recharge your mind.</w:t>
      </w:r>
    </w:p>
    <w:p>
      <w:pPr>
        <w:pStyle w:val="ListNumber"/>
        <w:keepLines/>
      </w:pPr>
      <w:r>
        <w:t>Develop a prompt that designs a “bad day” recovery plan.</w:t>
      </w:r>
    </w:p>
    <w:p>
      <w:pPr>
        <w:pStyle w:val="ListNumber"/>
        <w:keepLines/>
      </w:pPr>
      <w:r>
        <w:t>Make a prompt that creates a vision of what mental peace looks like for you.</w:t>
      </w:r>
    </w:p>
    <w:p>
      <w:pPr>
        <w:pStyle w:val="Heading2"/>
      </w:pPr>
      <w:r>
        <w:t>Healthy Eating and Habits</w:t>
      </w:r>
    </w:p>
    <w:p>
      <w:pPr>
        <w:pStyle w:val="ListNumber"/>
        <w:keepLines/>
      </w:pPr>
      <w:r>
        <w:t>Create a prompt that builds a simple meal prep plan for beginners.</w:t>
      </w:r>
    </w:p>
    <w:p>
      <w:pPr>
        <w:pStyle w:val="ListNumber"/>
        <w:keepLines/>
      </w:pPr>
      <w:r>
        <w:t>Write a prompt that generates a 7-day healthy eating menu.</w:t>
      </w:r>
    </w:p>
    <w:p>
      <w:pPr>
        <w:pStyle w:val="ListNumber"/>
        <w:keepLines/>
      </w:pPr>
      <w:r>
        <w:t>Build a prompt that maps out quick healthy breakfast ideas.</w:t>
      </w:r>
    </w:p>
    <w:p>
      <w:pPr>
        <w:pStyle w:val="ListNumber"/>
        <w:keepLines/>
      </w:pPr>
      <w:r>
        <w:t>Develop a prompt that creates a clean eating grocery list.</w:t>
      </w:r>
    </w:p>
    <w:p>
      <w:pPr>
        <w:pStyle w:val="ListNumber"/>
        <w:keepLines/>
      </w:pPr>
      <w:r>
        <w:t>Make a prompt that structures a healthy 15-minute meals plan.</w:t>
      </w:r>
    </w:p>
    <w:p>
      <w:pPr>
        <w:pStyle w:val="ListNumber"/>
        <w:keepLines/>
      </w:pPr>
      <w:r>
        <w:t>Create a prompt that explains macronutrients in simple language.</w:t>
      </w:r>
    </w:p>
    <w:p>
      <w:pPr>
        <w:pStyle w:val="ListNumber"/>
        <w:keepLines/>
      </w:pPr>
      <w:r>
        <w:t>Write a prompt that outlines how to balance a plate visually (protein, carbs, fats).</w:t>
      </w:r>
    </w:p>
    <w:p>
      <w:pPr>
        <w:pStyle w:val="ListNumber"/>
        <w:keepLines/>
      </w:pPr>
      <w:r>
        <w:t>Build a prompt that simplifies reading a nutrition label.</w:t>
      </w:r>
    </w:p>
    <w:p>
      <w:pPr>
        <w:pStyle w:val="ListNumber"/>
        <w:keepLines/>
      </w:pPr>
      <w:r>
        <w:t>Develop a prompt that maps out hydration tips for daily energy.</w:t>
      </w:r>
    </w:p>
    <w:p>
      <w:pPr>
        <w:pStyle w:val="ListNumber"/>
        <w:keepLines/>
      </w:pPr>
      <w:r>
        <w:t>Make a prompt that designs a mini-guide to healthy snacking.</w:t>
      </w:r>
    </w:p>
    <w:p>
      <w:pPr>
        <w:pStyle w:val="ListNumber"/>
        <w:keepLines/>
      </w:pPr>
      <w:r>
        <w:t>Create a prompt that generates mindful eating journal prompts.</w:t>
      </w:r>
    </w:p>
    <w:p>
      <w:pPr>
        <w:pStyle w:val="ListNumber"/>
        <w:keepLines/>
      </w:pPr>
      <w:r>
        <w:t>Write a prompt that explores emotional eating triggers.</w:t>
      </w:r>
    </w:p>
    <w:p>
      <w:pPr>
        <w:pStyle w:val="ListNumber"/>
        <w:keepLines/>
      </w:pPr>
      <w:r>
        <w:t>Build a prompt that maps out ways to slow down eating speed.</w:t>
      </w:r>
    </w:p>
    <w:p>
      <w:pPr>
        <w:pStyle w:val="ListNumber"/>
        <w:keepLines/>
      </w:pPr>
      <w:r>
        <w:t>Develop a prompt that outlines how to build a positive food relationship.</w:t>
      </w:r>
    </w:p>
    <w:p>
      <w:pPr>
        <w:pStyle w:val="ListNumber"/>
        <w:keepLines/>
      </w:pPr>
      <w:r>
        <w:t>Make a prompt that structures a “No Crash Diets” mindset checklist.</w:t>
      </w:r>
    </w:p>
    <w:p>
      <w:pPr>
        <w:pStyle w:val="ListNumber"/>
        <w:keepLines/>
      </w:pPr>
      <w:r>
        <w:t>Create a prompt that designs a vegetarian meal plan template.</w:t>
      </w:r>
    </w:p>
    <w:p>
      <w:pPr>
        <w:pStyle w:val="ListNumber"/>
        <w:keepLines/>
      </w:pPr>
      <w:r>
        <w:t>Write a prompt that generates plant-based protein sources list.</w:t>
      </w:r>
    </w:p>
    <w:p>
      <w:pPr>
        <w:pStyle w:val="ListNumber"/>
        <w:keepLines/>
      </w:pPr>
      <w:r>
        <w:t>Build a prompt that outlines gluten-free eating basics for beginners.</w:t>
      </w:r>
    </w:p>
    <w:p>
      <w:pPr>
        <w:pStyle w:val="ListNumber"/>
        <w:keepLines/>
      </w:pPr>
      <w:r>
        <w:t>Develop a prompt that creates a high-fiber daily menu.</w:t>
      </w:r>
    </w:p>
    <w:p>
      <w:pPr>
        <w:pStyle w:val="ListNumber"/>
        <w:keepLines/>
      </w:pPr>
      <w:r>
        <w:t>Make a prompt that maps out simple anti-inflammatory food swaps.</w:t>
      </w:r>
    </w:p>
    <w:p>
      <w:pPr>
        <w:pStyle w:val="ListNumber"/>
        <w:keepLines/>
      </w:pPr>
      <w:r>
        <w:t>Create a prompt that builds a one-hour Sunday meal prep plan.</w:t>
      </w:r>
    </w:p>
    <w:p>
      <w:pPr>
        <w:pStyle w:val="ListNumber"/>
        <w:keepLines/>
      </w:pPr>
      <w:r>
        <w:t>Write a prompt that suggests 5 freezer-friendly healthy meals.</w:t>
      </w:r>
    </w:p>
    <w:p>
      <w:pPr>
        <w:pStyle w:val="ListNumber"/>
        <w:keepLines/>
      </w:pPr>
      <w:r>
        <w:t>Build a prompt that outlines batch cooking strategies for busy people.</w:t>
      </w:r>
    </w:p>
    <w:p>
      <w:pPr>
        <w:pStyle w:val="ListNumber"/>
        <w:keepLines/>
      </w:pPr>
      <w:r>
        <w:t>Develop a prompt that structures grab-and-go breakfast meal prep.</w:t>
      </w:r>
    </w:p>
    <w:p>
      <w:pPr>
        <w:pStyle w:val="ListNumber"/>
        <w:keepLines/>
      </w:pPr>
      <w:r>
        <w:t>Make a prompt that creates a budget-friendly healthy meal prep guide.</w:t>
      </w:r>
    </w:p>
    <w:p>
      <w:pPr>
        <w:pStyle w:val="ListNumber"/>
        <w:keepLines/>
      </w:pPr>
      <w:r>
        <w:t>Create a prompt that builds a 30-day water intake tracker challenge.</w:t>
      </w:r>
    </w:p>
    <w:p>
      <w:pPr>
        <w:pStyle w:val="ListNumber"/>
        <w:keepLines/>
      </w:pPr>
      <w:r>
        <w:t>Write a prompt that generates a sugar reduction action plan.</w:t>
      </w:r>
    </w:p>
    <w:p>
      <w:pPr>
        <w:pStyle w:val="ListNumber"/>
        <w:keepLines/>
      </w:pPr>
      <w:r>
        <w:t>Build a prompt that outlines a “5 fruits and vegetables a day” tracker.</w:t>
      </w:r>
    </w:p>
    <w:p>
      <w:pPr>
        <w:pStyle w:val="ListNumber"/>
        <w:keepLines/>
      </w:pPr>
      <w:r>
        <w:t>Develop a prompt that maps out a gradual healthy eating transition plan.</w:t>
      </w:r>
    </w:p>
    <w:p>
      <w:pPr>
        <w:pStyle w:val="ListNumber"/>
        <w:keepLines/>
      </w:pPr>
      <w:r>
        <w:t>Make a prompt that creates a long-term food journaling habit system.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/>
        <w:b w:val="0"/>
        <w:color w:val="536370"/>
        <w:sz w:val="16"/>
      </w:rPr>
      <w:t xml:space="preserve">Page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12858E"/>
        <w:sz w:val="16"/>
      </w:rPr>
      <w:t>CHARLESNEWBURY.COM  |  FREE AI PROMPT PACK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2304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12304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12858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2304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12304A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320"/>
    </w:pPr>
    <w:rPr>
      <w:rFonts w:asciiTheme="majorHAnsi" w:eastAsiaTheme="majorEastAsia" w:hAnsiTheme="majorHAnsi" w:cstheme="majorBidi" w:ascii="Calibri" w:hAnsi="Calibri"/>
      <w:b w:val="0"/>
      <w:i/>
      <w:iCs/>
      <w:color w:val="12858E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color w:val="12304A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color w:val="12304A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Health, Fitness &amp; Wellbeing</dc:title>
  <dc:subject>Free AI prompt pack</dc:subject>
  <dc:creator>Charles Newbury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