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14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Money, Side Hustles &amp; Beginner Investing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Explore budgeting, extra-income ideas and foundational investing concepts.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100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individuals, freelancers and small-business owners. It brings together the source sections Saving and Budgeting, Side Hustle Ideas, Beginner Investing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pPr>
        <w:spacing w:before="160" w:after="200"/>
        <w:shd w:fill="FFF7E6"/>
      </w:pPr>
      <w:r>
        <w:rPr>
          <w:rFonts w:ascii="Aptos" w:hAnsi="Aptos"/>
          <w:b/>
          <w:color w:val="7A5A00"/>
          <w:sz w:val="21"/>
        </w:rPr>
        <w:t xml:space="preserve">Important: </w:t>
      </w:r>
      <w:r>
        <w:rPr>
          <w:rFonts w:ascii="Aptos" w:hAnsi="Aptos"/>
          <w:b w:val="0"/>
          <w:color w:val="12304A"/>
          <w:sz w:val="21"/>
        </w:rPr>
        <w:t>Educational use only. AI output is not personalised financial, investment, tax or legal advice. Check important decisions with a qualified professional.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Heading2"/>
      </w:pPr>
      <w:r>
        <w:t>Saving and Budgeting</w:t>
      </w:r>
    </w:p>
    <w:p>
      <w:pPr>
        <w:pStyle w:val="ListNumber"/>
        <w:keepLines/>
      </w:pPr>
      <w:r>
        <w:t>Create a prompt that builds a beginner’s monthly budget from scratch.</w:t>
      </w:r>
    </w:p>
    <w:p>
      <w:pPr>
        <w:pStyle w:val="ListNumber"/>
        <w:keepLines/>
      </w:pPr>
      <w:r>
        <w:t>Write a prompt that generates a 50/30/20 budgeting rule breakdown.</w:t>
      </w:r>
    </w:p>
    <w:p>
      <w:pPr>
        <w:pStyle w:val="ListNumber"/>
        <w:keepLines/>
      </w:pPr>
      <w:r>
        <w:t>Build a prompt that structures a minimalist lifestyle budget.</w:t>
      </w:r>
    </w:p>
    <w:p>
      <w:pPr>
        <w:pStyle w:val="ListNumber"/>
        <w:keepLines/>
      </w:pPr>
      <w:r>
        <w:t>Develop a prompt that maps out a weekly budgeting tracker system.</w:t>
      </w:r>
    </w:p>
    <w:p>
      <w:pPr>
        <w:pStyle w:val="ListNumber"/>
        <w:keepLines/>
      </w:pPr>
      <w:r>
        <w:t>Make a prompt that creates a zero-based budgeting plan.</w:t>
      </w:r>
    </w:p>
    <w:p>
      <w:pPr>
        <w:pStyle w:val="ListNumber"/>
        <w:keepLines/>
      </w:pPr>
      <w:r>
        <w:t>Create a prompt that lists 10 expenses most people can cut immediately.</w:t>
      </w:r>
    </w:p>
    <w:p>
      <w:pPr>
        <w:pStyle w:val="ListNumber"/>
        <w:keepLines/>
      </w:pPr>
      <w:r>
        <w:t>Write a prompt that generates budgeting hacks for students.</w:t>
      </w:r>
    </w:p>
    <w:p>
      <w:pPr>
        <w:pStyle w:val="ListNumber"/>
        <w:keepLines/>
      </w:pPr>
      <w:r>
        <w:t>Build a prompt that suggests 5 methods for reducing grocery bills.</w:t>
      </w:r>
    </w:p>
    <w:p>
      <w:pPr>
        <w:pStyle w:val="ListNumber"/>
        <w:keepLines/>
      </w:pPr>
      <w:r>
        <w:t>Develop a prompt that outlines a no-spend weekend challenge.</w:t>
      </w:r>
    </w:p>
    <w:p>
      <w:pPr>
        <w:pStyle w:val="ListNumber"/>
        <w:keepLines/>
      </w:pPr>
      <w:r>
        <w:t>Make a prompt that creates a “30-Day Essentials Only” budgeting plan.</w:t>
      </w:r>
    </w:p>
    <w:p>
      <w:pPr>
        <w:pStyle w:val="ListNumber"/>
        <w:keepLines/>
      </w:pPr>
      <w:r>
        <w:t>Create a prompt that maps out a savings plan for a $1,000 emergency fund.</w:t>
      </w:r>
    </w:p>
    <w:p>
      <w:pPr>
        <w:pStyle w:val="ListNumber"/>
        <w:keepLines/>
      </w:pPr>
      <w:r>
        <w:t>Write a prompt that generates a vacation savings tracker plan.</w:t>
      </w:r>
    </w:p>
    <w:p>
      <w:pPr>
        <w:pStyle w:val="ListNumber"/>
        <w:keepLines/>
      </w:pPr>
      <w:r>
        <w:t>Build a prompt that outlines a sinking fund system for big purchases.</w:t>
      </w:r>
    </w:p>
    <w:p>
      <w:pPr>
        <w:pStyle w:val="ListNumber"/>
        <w:keepLines/>
      </w:pPr>
      <w:r>
        <w:t>Develop a prompt that creates a challenge to save $5,000 in 6 months.</w:t>
      </w:r>
    </w:p>
    <w:p>
      <w:pPr>
        <w:pStyle w:val="ListNumber"/>
        <w:keepLines/>
      </w:pPr>
      <w:r>
        <w:t>Make a prompt that designs a visual savings tracker chart idea.</w:t>
      </w:r>
    </w:p>
    <w:p>
      <w:pPr>
        <w:pStyle w:val="ListNumber"/>
        <w:keepLines/>
      </w:pPr>
      <w:r>
        <w:t>Create a prompt that builds a money mindset journal prompt list.</w:t>
      </w:r>
    </w:p>
    <w:p>
      <w:pPr>
        <w:pStyle w:val="ListNumber"/>
        <w:keepLines/>
      </w:pPr>
      <w:r>
        <w:t>Write a prompt that generates affirmations for financial discipline.</w:t>
      </w:r>
    </w:p>
    <w:p>
      <w:pPr>
        <w:pStyle w:val="ListNumber"/>
        <w:keepLines/>
      </w:pPr>
      <w:r>
        <w:t>Build a prompt that creates a habit tracker focused on spending awareness.</w:t>
      </w:r>
    </w:p>
    <w:p>
      <w:pPr>
        <w:pStyle w:val="ListNumber"/>
        <w:keepLines/>
      </w:pPr>
      <w:r>
        <w:t>Develop a prompt that structures a “money detox” week plan.</w:t>
      </w:r>
    </w:p>
    <w:p>
      <w:pPr>
        <w:pStyle w:val="ListNumber"/>
        <w:keepLines/>
      </w:pPr>
      <w:r>
        <w:t>Make a prompt that maps out an emotional spending trigger checklist.</w:t>
      </w:r>
    </w:p>
    <w:p>
      <w:pPr>
        <w:pStyle w:val="ListNumber"/>
        <w:keepLines/>
      </w:pPr>
      <w:r>
        <w:t>Create a prompt that builds a first-job budget plan.</w:t>
      </w:r>
    </w:p>
    <w:p>
      <w:pPr>
        <w:pStyle w:val="ListNumber"/>
        <w:keepLines/>
      </w:pPr>
      <w:r>
        <w:t>Write a prompt that generates a moving-out-for-the-first-time budget checklist.</w:t>
      </w:r>
    </w:p>
    <w:p>
      <w:pPr>
        <w:pStyle w:val="ListNumber"/>
        <w:keepLines/>
      </w:pPr>
      <w:r>
        <w:t>Build a prompt that outlines a budgeting plan for side hustlers.</w:t>
      </w:r>
    </w:p>
    <w:p>
      <w:pPr>
        <w:pStyle w:val="ListNumber"/>
        <w:keepLines/>
      </w:pPr>
      <w:r>
        <w:t>Develop a prompt that maps out a newlywed couple’s budgeting setup.</w:t>
      </w:r>
    </w:p>
    <w:p>
      <w:pPr>
        <w:pStyle w:val="ListNumber"/>
        <w:keepLines/>
      </w:pPr>
      <w:r>
        <w:t>Make a prompt that creates a simple budgeting system for freelancers.</w:t>
      </w:r>
    </w:p>
    <w:p>
      <w:pPr>
        <w:pStyle w:val="ListNumber"/>
        <w:keepLines/>
      </w:pPr>
      <w:r>
        <w:t>Create a prompt that structures a pay-yourself-first savings system.</w:t>
      </w:r>
    </w:p>
    <w:p>
      <w:pPr>
        <w:pStyle w:val="ListNumber"/>
        <w:keepLines/>
      </w:pPr>
      <w:r>
        <w:t>Write a prompt that builds a 12-month emergency buffer plan.</w:t>
      </w:r>
    </w:p>
    <w:p>
      <w:pPr>
        <w:pStyle w:val="ListNumber"/>
        <w:keepLines/>
      </w:pPr>
      <w:r>
        <w:t>Build a prompt that generates a cash envelope budgeting system.</w:t>
      </w:r>
    </w:p>
    <w:p>
      <w:pPr>
        <w:pStyle w:val="ListNumber"/>
        <w:keepLines/>
      </w:pPr>
      <w:r>
        <w:t>Develop a prompt that maps out a hybrid digital/cash budgeting strategy.</w:t>
      </w:r>
    </w:p>
    <w:p>
      <w:pPr>
        <w:pStyle w:val="ListNumber"/>
        <w:keepLines/>
      </w:pPr>
      <w:r>
        <w:t>Make a prompt that structures an automated savings and bill-paying system.</w:t>
      </w:r>
    </w:p>
    <w:p>
      <w:pPr>
        <w:pStyle w:val="Heading2"/>
      </w:pPr>
      <w:r>
        <w:t>Side Hustle Ideas</w:t>
      </w:r>
    </w:p>
    <w:p>
      <w:pPr>
        <w:pStyle w:val="ListNumber"/>
        <w:keepLines/>
      </w:pPr>
      <w:r>
        <w:t>Create a prompt that generates 10 freelance service ideas based on writing skills.</w:t>
      </w:r>
    </w:p>
    <w:p>
      <w:pPr>
        <w:pStyle w:val="ListNumber"/>
        <w:keepLines/>
      </w:pPr>
      <w:r>
        <w:t>Write a prompt that lists side hustles for tech-savvy people.</w:t>
      </w:r>
    </w:p>
    <w:p>
      <w:pPr>
        <w:pStyle w:val="ListNumber"/>
        <w:keepLines/>
      </w:pPr>
      <w:r>
        <w:t>Build a prompt that suggests side hustle ideas using graphic design.</w:t>
      </w:r>
    </w:p>
    <w:p>
      <w:pPr>
        <w:pStyle w:val="ListNumber"/>
        <w:keepLines/>
      </w:pPr>
      <w:r>
        <w:t>Develop a prompt that maps out consulting side hustles for experts.</w:t>
      </w:r>
    </w:p>
    <w:p>
      <w:pPr>
        <w:pStyle w:val="ListNumber"/>
        <w:keepLines/>
      </w:pPr>
      <w:r>
        <w:t>Make a prompt that creates side hustle opportunities for fitness trainers.</w:t>
      </w:r>
    </w:p>
    <w:p>
      <w:pPr>
        <w:pStyle w:val="ListNumber"/>
        <w:keepLines/>
      </w:pPr>
      <w:r>
        <w:t>Create a prompt that builds a list of side hustles you can start with under $100.</w:t>
      </w:r>
    </w:p>
    <w:p>
      <w:pPr>
        <w:pStyle w:val="ListNumber"/>
        <w:keepLines/>
      </w:pPr>
      <w:r>
        <w:t>Write a prompt that generates digital product creation ideas.</w:t>
      </w:r>
    </w:p>
    <w:p>
      <w:pPr>
        <w:pStyle w:val="ListNumber"/>
        <w:keepLines/>
      </w:pPr>
      <w:r>
        <w:t>Build a prompt that outlines how to start a reselling side hustle.</w:t>
      </w:r>
    </w:p>
    <w:p>
      <w:pPr>
        <w:pStyle w:val="ListNumber"/>
        <w:keepLines/>
      </w:pPr>
      <w:r>
        <w:t>Develop a prompt that suggests print-on-demand business ideas.</w:t>
      </w:r>
    </w:p>
    <w:p>
      <w:pPr>
        <w:pStyle w:val="ListNumber"/>
        <w:keepLines/>
      </w:pPr>
      <w:r>
        <w:t>Make a prompt that creates side hustle ideas around affiliate marketing.</w:t>
      </w:r>
    </w:p>
    <w:p>
      <w:pPr>
        <w:pStyle w:val="ListNumber"/>
        <w:keepLines/>
      </w:pPr>
      <w:r>
        <w:t>Create a prompt that generates 5 YouTube channel niche ideas.</w:t>
      </w:r>
    </w:p>
    <w:p>
      <w:pPr>
        <w:pStyle w:val="ListNumber"/>
        <w:keepLines/>
      </w:pPr>
      <w:r>
        <w:t>Write a prompt that builds a newsletter side hustle concept.</w:t>
      </w:r>
    </w:p>
    <w:p>
      <w:pPr>
        <w:pStyle w:val="ListNumber"/>
        <w:keepLines/>
      </w:pPr>
      <w:r>
        <w:t>Build a prompt that suggests monetizing Instagram through content creation.</w:t>
      </w:r>
    </w:p>
    <w:p>
      <w:pPr>
        <w:pStyle w:val="ListNumber"/>
        <w:keepLines/>
      </w:pPr>
      <w:r>
        <w:t>Develop a prompt that outlines a basic TikTok creator strategy for passive income.</w:t>
      </w:r>
    </w:p>
    <w:p>
      <w:pPr>
        <w:pStyle w:val="ListNumber"/>
        <w:keepLines/>
      </w:pPr>
      <w:r>
        <w:t>Make a prompt that creates an idea for selling digital templates or planners.</w:t>
      </w:r>
    </w:p>
    <w:p>
      <w:pPr>
        <w:pStyle w:val="ListNumber"/>
        <w:keepLines/>
      </w:pPr>
      <w:r>
        <w:t>Create a prompt that suggests mobile service side hustles (e.g., car detailing, dog walking).</w:t>
      </w:r>
    </w:p>
    <w:p>
      <w:pPr>
        <w:pStyle w:val="ListNumber"/>
        <w:keepLines/>
      </w:pPr>
      <w:r>
        <w:t>Write a prompt that lists 5 local tutoring side hustle ideas.</w:t>
      </w:r>
    </w:p>
    <w:p>
      <w:pPr>
        <w:pStyle w:val="ListNumber"/>
        <w:keepLines/>
      </w:pPr>
      <w:r>
        <w:t>Build a prompt that generates event assistant or organizer side hustles.</w:t>
      </w:r>
    </w:p>
    <w:p>
      <w:pPr>
        <w:pStyle w:val="ListNumber"/>
        <w:keepLines/>
      </w:pPr>
      <w:r>
        <w:t>Develop a prompt that creates pet care business ideas for side money.</w:t>
      </w:r>
    </w:p>
    <w:p>
      <w:pPr>
        <w:pStyle w:val="ListNumber"/>
        <w:keepLines/>
      </w:pPr>
      <w:r>
        <w:t>Make a prompt that suggests ways to start a handyman side business.</w:t>
      </w:r>
    </w:p>
    <w:p>
      <w:pPr>
        <w:pStyle w:val="ListNumber"/>
        <w:keepLines/>
      </w:pPr>
      <w:r>
        <w:t>Create a prompt that builds a plan for publishing low-content books on Amazon KDP.</w:t>
      </w:r>
    </w:p>
    <w:p>
      <w:pPr>
        <w:pStyle w:val="ListNumber"/>
        <w:keepLines/>
      </w:pPr>
      <w:r>
        <w:t>Write a prompt that generates ideas for creating an online course.</w:t>
      </w:r>
    </w:p>
    <w:p>
      <w:pPr>
        <w:pStyle w:val="ListNumber"/>
        <w:keepLines/>
      </w:pPr>
      <w:r>
        <w:t>Build a prompt that outlines rental income side hustles (gear, spaces, etc.).</w:t>
      </w:r>
    </w:p>
    <w:p>
      <w:pPr>
        <w:pStyle w:val="ListNumber"/>
        <w:keepLines/>
      </w:pPr>
      <w:r>
        <w:t>Develop a prompt that maps out licensing art or music for royalties.</w:t>
      </w:r>
    </w:p>
    <w:p>
      <w:pPr>
        <w:pStyle w:val="ListNumber"/>
        <w:keepLines/>
      </w:pPr>
      <w:r>
        <w:t>Make a prompt that suggests simple software micro-business ideas. Challenge-Based Hustles</w:t>
      </w:r>
    </w:p>
    <w:p>
      <w:pPr>
        <w:pStyle w:val="ListNumber"/>
        <w:keepLines/>
      </w:pPr>
      <w:r>
        <w:t>Create a prompt that generates a 30-day side hustle startup challenge.</w:t>
      </w:r>
    </w:p>
    <w:p>
      <w:pPr>
        <w:pStyle w:val="ListNumber"/>
        <w:keepLines/>
      </w:pPr>
      <w:r>
        <w:t>Write a prompt that builds a “no social media” side hustle list.</w:t>
      </w:r>
    </w:p>
    <w:p>
      <w:pPr>
        <w:pStyle w:val="ListNumber"/>
        <w:keepLines/>
      </w:pPr>
      <w:r>
        <w:t>Build a prompt that suggests weekend-only side hustle ideas.</w:t>
      </w:r>
    </w:p>
    <w:p>
      <w:pPr>
        <w:pStyle w:val="ListNumber"/>
        <w:keepLines/>
      </w:pPr>
      <w:r>
        <w:t>Develop a prompt that outlines fast-income side hustles ($100+ in 24 hours).</w:t>
      </w:r>
    </w:p>
    <w:p>
      <w:pPr>
        <w:pStyle w:val="ListNumber"/>
        <w:keepLines/>
      </w:pPr>
      <w:r>
        <w:t>Make a prompt that creates a 6-month roadmap to turn a side hustle into full-time.</w:t>
      </w:r>
    </w:p>
    <w:p>
      <w:pPr>
        <w:pStyle w:val="Heading2"/>
      </w:pPr>
      <w:r>
        <w:t>Beginner Investing</w:t>
      </w:r>
    </w:p>
    <w:p>
      <w:pPr>
        <w:pStyle w:val="ListNumber"/>
        <w:keepLines/>
      </w:pPr>
      <w:r>
        <w:t>Create a prompt that explains stocks vs bonds in simple terms.</w:t>
      </w:r>
    </w:p>
    <w:p>
      <w:pPr>
        <w:pStyle w:val="ListNumber"/>
        <w:keepLines/>
      </w:pPr>
      <w:r>
        <w:t>Write a prompt that generates a beginner’s guide to index funds.</w:t>
      </w:r>
    </w:p>
    <w:p>
      <w:pPr>
        <w:pStyle w:val="ListNumber"/>
        <w:keepLines/>
      </w:pPr>
      <w:r>
        <w:t>Build a prompt that outlines the basics of compound interest.</w:t>
      </w:r>
    </w:p>
    <w:p>
      <w:pPr>
        <w:pStyle w:val="ListNumber"/>
        <w:keepLines/>
      </w:pPr>
      <w:r>
        <w:t>Develop a prompt that simplifies what “dividends” are and how they work.</w:t>
      </w:r>
    </w:p>
    <w:p>
      <w:pPr>
        <w:pStyle w:val="ListNumber"/>
        <w:keepLines/>
      </w:pPr>
      <w:r>
        <w:t>Make a prompt that explains risk tolerance and how to measure it.</w:t>
      </w:r>
    </w:p>
    <w:p>
      <w:pPr>
        <w:pStyle w:val="ListNumber"/>
        <w:keepLines/>
      </w:pPr>
      <w:r>
        <w:t>Create a prompt that maps out a basic $500 first investment plan.</w:t>
      </w:r>
    </w:p>
    <w:p>
      <w:pPr>
        <w:pStyle w:val="ListNumber"/>
        <w:keepLines/>
      </w:pPr>
      <w:r>
        <w:t>Write a prompt that suggests 5 low-risk investment ideas.</w:t>
      </w:r>
    </w:p>
    <w:p>
      <w:pPr>
        <w:pStyle w:val="ListNumber"/>
        <w:keepLines/>
      </w:pPr>
      <w:r>
        <w:t>Build a prompt that designs a simple investment allocation for a beginner.</w:t>
      </w:r>
    </w:p>
    <w:p>
      <w:pPr>
        <w:pStyle w:val="ListNumber"/>
        <w:keepLines/>
      </w:pPr>
      <w:r>
        <w:t>Develop a prompt that generates a plan for investing $50/month.</w:t>
      </w:r>
    </w:p>
    <w:p>
      <w:pPr>
        <w:pStyle w:val="ListNumber"/>
        <w:keepLines/>
      </w:pPr>
      <w:r>
        <w:t>Make a prompt that creates a checklist before making your first investment.</w:t>
      </w:r>
    </w:p>
    <w:p>
      <w:pPr>
        <w:pStyle w:val="ListNumber"/>
        <w:keepLines/>
      </w:pPr>
      <w:r>
        <w:t>Create a prompt that explains ETFs in beginner language.</w:t>
      </w:r>
    </w:p>
    <w:p>
      <w:pPr>
        <w:pStyle w:val="ListNumber"/>
        <w:keepLines/>
      </w:pPr>
      <w:r>
        <w:t>Write a prompt that outlines basic real estate investing for first-timers.</w:t>
      </w:r>
    </w:p>
    <w:p>
      <w:pPr>
        <w:pStyle w:val="ListNumber"/>
        <w:keepLines/>
      </w:pPr>
      <w:r>
        <w:t>Build a prompt that describes crypto investing without hype.</w:t>
      </w:r>
    </w:p>
    <w:p>
      <w:pPr>
        <w:pStyle w:val="ListNumber"/>
        <w:keepLines/>
      </w:pPr>
      <w:r>
        <w:t>Develop a prompt that simplifies how REITs (Real Estate Investment Trusts) work.</w:t>
      </w:r>
    </w:p>
    <w:p>
      <w:pPr>
        <w:pStyle w:val="ListNumber"/>
        <w:keepLines/>
      </w:pPr>
      <w:r>
        <w:t>Make a prompt that maps out peer-to-peer lending basics.</w:t>
      </w:r>
    </w:p>
    <w:p>
      <w:pPr>
        <w:pStyle w:val="ListNumber"/>
        <w:keepLines/>
      </w:pPr>
      <w:r>
        <w:t>Create a prompt that designs a 10-year wealth-building plan through investing.</w:t>
      </w:r>
    </w:p>
    <w:p>
      <w:pPr>
        <w:pStyle w:val="ListNumber"/>
        <w:keepLines/>
      </w:pPr>
      <w:r>
        <w:t>Write a prompt that outlines the concept of dollar-cost averaging.</w:t>
      </w:r>
    </w:p>
    <w:p>
      <w:pPr>
        <w:pStyle w:val="ListNumber"/>
        <w:keepLines/>
      </w:pPr>
      <w:r>
        <w:t>Build a prompt that generates a strategy for dividend reinvestment.</w:t>
      </w:r>
    </w:p>
    <w:p>
      <w:pPr>
        <w:pStyle w:val="ListNumber"/>
        <w:keepLines/>
      </w:pPr>
      <w:r>
        <w:t>Develop a prompt that maps out a retirement investing starter plan.</w:t>
      </w:r>
    </w:p>
    <w:p>
      <w:pPr>
        <w:pStyle w:val="ListNumber"/>
        <w:keepLines/>
      </w:pPr>
      <w:r>
        <w:t>Make a prompt that creates a “Set it and Forget it” investment setup.</w:t>
      </w:r>
    </w:p>
    <w:p>
      <w:pPr>
        <w:pStyle w:val="ListNumber"/>
        <w:keepLines/>
      </w:pPr>
      <w:r>
        <w:t>Create a prompt that explains diversification simply.</w:t>
      </w:r>
    </w:p>
    <w:p>
      <w:pPr>
        <w:pStyle w:val="ListNumber"/>
        <w:keepLines/>
      </w:pPr>
      <w:r>
        <w:t>Write a prompt that generates 5 asset classes to spread investments across.</w:t>
      </w:r>
    </w:p>
    <w:p>
      <w:pPr>
        <w:pStyle w:val="ListNumber"/>
        <w:keepLines/>
      </w:pPr>
      <w:r>
        <w:t>Build a prompt that outlines how to rebalance a portfolio annually.</w:t>
      </w:r>
    </w:p>
    <w:p>
      <w:pPr>
        <w:pStyle w:val="ListNumber"/>
        <w:keepLines/>
      </w:pPr>
      <w:r>
        <w:t>Develop a prompt that creates a risk analysis worksheet for new investors.</w:t>
      </w:r>
    </w:p>
    <w:p>
      <w:pPr>
        <w:pStyle w:val="ListNumber"/>
        <w:keepLines/>
      </w:pPr>
      <w:r>
        <w:t>Make a prompt that maps out how to recognize and avoid investment scams.</w:t>
      </w:r>
    </w:p>
    <w:p>
      <w:pPr>
        <w:pStyle w:val="ListNumber"/>
        <w:keepLines/>
      </w:pPr>
      <w:r>
        <w:t>Create a prompt that explains emotional investing and how to avoid it.</w:t>
      </w:r>
    </w:p>
    <w:p>
      <w:pPr>
        <w:pStyle w:val="ListNumber"/>
        <w:keepLines/>
      </w:pPr>
      <w:r>
        <w:t>Write a prompt that maps out long-term vs short-term investing mindsets.</w:t>
      </w:r>
    </w:p>
    <w:p>
      <w:pPr>
        <w:pStyle w:val="ListNumber"/>
        <w:keepLines/>
      </w:pPr>
      <w:r>
        <w:t>Build a prompt that generates 5 affirmations for patient investing.</w:t>
      </w:r>
    </w:p>
    <w:p>
      <w:pPr>
        <w:pStyle w:val="ListNumber"/>
        <w:keepLines/>
      </w:pPr>
      <w:r>
        <w:t>Develop a prompt that outlines a strategy for staying consistent during market dips.</w:t>
      </w:r>
    </w:p>
    <w:p>
      <w:pPr>
        <w:pStyle w:val="ListNumber"/>
        <w:keepLines/>
      </w:pPr>
      <w:r>
        <w:t>Make a prompt that creates a checklist for emotional decision-making triggers.</w:t>
      </w:r>
    </w:p>
    <w:p>
      <w:pPr>
        <w:pStyle w:val="ListNumber"/>
        <w:keepLines/>
      </w:pPr>
      <w:r>
        <w:t>Create a prompt that maps out how to open your first brokerage account.</w:t>
      </w:r>
    </w:p>
    <w:p>
      <w:pPr>
        <w:pStyle w:val="ListNumber"/>
        <w:keepLines/>
      </w:pPr>
      <w:r>
        <w:t>Write a prompt that outlines the documents needed to start investing.</w:t>
      </w:r>
    </w:p>
    <w:p>
      <w:pPr>
        <w:pStyle w:val="ListNumber"/>
        <w:keepLines/>
      </w:pPr>
      <w:r>
        <w:t>Build a prompt that generates a comparison of 3 popular investing apps.</w:t>
      </w:r>
    </w:p>
    <w:p>
      <w:pPr>
        <w:pStyle w:val="ListNumber"/>
        <w:keepLines/>
      </w:pPr>
      <w:r>
        <w:t>Develop a prompt that creates a simple investment tracking spreadsheet idea.</w:t>
      </w:r>
    </w:p>
    <w:p>
      <w:pPr>
        <w:pStyle w:val="ListNumber"/>
        <w:keepLines/>
      </w:pPr>
      <w:r>
        <w:t>Make a prompt that structures a quarterly self-review investment checklist.</w:t>
      </w:r>
    </w:p>
    <w:p>
      <w:pPr>
        <w:pStyle w:val="ListNumber"/>
        <w:keepLines/>
      </w:pPr>
      <w:r>
        <w:t>Create a prompt that outlines how to invest after maxing out a Roth IRA.</w:t>
      </w:r>
    </w:p>
    <w:p>
      <w:pPr>
        <w:pStyle w:val="ListNumber"/>
        <w:keepLines/>
      </w:pPr>
      <w:r>
        <w:t>Write a prompt that builds a plan for diversifying into international markets.</w:t>
      </w:r>
    </w:p>
    <w:p>
      <w:pPr>
        <w:pStyle w:val="ListNumber"/>
        <w:keepLines/>
      </w:pPr>
      <w:r>
        <w:t>Build a prompt that suggests how to invest small windfalls (bonuses, tax refunds).</w:t>
      </w:r>
    </w:p>
    <w:p>
      <w:pPr>
        <w:pStyle w:val="ListNumber"/>
        <w:keepLines/>
      </w:pPr>
      <w:r>
        <w:t>Develop a prompt that creates an investment strategy for young professionals.</w:t>
      </w:r>
    </w:p>
    <w:p>
      <w:pPr>
        <w:pStyle w:val="ListNumber"/>
        <w:keepLines/>
      </w:pPr>
      <w:r>
        <w:t>Make a prompt that maps out how to start investing for kids (custodial accounts).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Money, Side Hustles &amp; Beginner Investing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