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900" w:after="300"/>
        <w:jc w:val="center"/>
      </w:pPr>
      <w:r>
        <w:rPr>
          <w:rFonts w:ascii="Aptos" w:hAnsi="Aptos"/>
          <w:b/>
          <w:color w:val="DA9D39"/>
          <w:sz w:val="20"/>
        </w:rPr>
        <w:t>FREE AI PROMPT PACK  13</w:t>
      </w:r>
    </w:p>
    <w:p>
      <w:pPr>
        <w:pStyle w:val="Title"/>
        <w:keepNext/>
        <w:jc w:val="center"/>
      </w:pPr>
      <w:r>
        <w:rPr>
          <w:rFonts w:ascii="Aptos Display" w:hAnsi="Aptos Display"/>
          <w:b/>
          <w:color w:val="12304A"/>
          <w:sz w:val="60"/>
        </w:rPr>
        <w:t>Creative Writing &amp; Hobby Discovery</w:t>
      </w:r>
    </w:p>
    <w:p>
      <w:pPr>
        <w:pStyle w:val="Subtitle"/>
        <w:jc w:val="center"/>
      </w:pPr>
      <w:r>
        <w:rPr>
          <w:rFonts w:ascii="Aptos" w:hAnsi="Aptos"/>
          <w:b w:val="0"/>
          <w:color w:val="12858E"/>
          <w:sz w:val="28"/>
        </w:rPr>
        <w:t>Spark new stories, creative experiments and rewarding offline interests.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4464"/>
            <w:shd w:fill="EAF4F5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pPr>
              <w:spacing w:after="0"/>
              <w:jc w:val="center"/>
            </w:pPr>
            <w:r>
              <w:rPr>
                <w:rFonts w:ascii="Aptos" w:hAnsi="Aptos"/>
                <w:b/>
                <w:color w:val="12858E"/>
                <w:sz w:val="46"/>
              </w:rPr>
              <w:t>50</w:t>
            </w:r>
            <w:r>
              <w:rPr>
                <w:rFonts w:ascii="Aptos" w:hAnsi="Aptos"/>
                <w:b/>
                <w:color w:val="536370"/>
                <w:sz w:val="18"/>
              </w:rPr>
              <w:br/>
              <w:t>source prompts included</w:t>
            </w:r>
          </w:p>
        </w:tc>
      </w:tr>
    </w:tbl>
    <w:p>
      <w:pPr>
        <w:spacing w:before="560"/>
        <w:jc w:val="center"/>
      </w:pPr>
      <w:r>
        <w:rPr>
          <w:rFonts w:ascii="Aptos" w:hAnsi="Aptos"/>
          <w:b w:val="0"/>
          <w:color w:val="536370"/>
          <w:sz w:val="22"/>
        </w:rPr>
        <w:t>Build smarter. Create faster. Live better.</w:t>
      </w:r>
    </w:p>
    <w:p>
      <w:pPr>
        <w:spacing w:before="2100"/>
        <w:jc w:val="center"/>
      </w:pPr>
      <w:r>
        <w:rPr>
          <w:rFonts w:ascii="Aptos" w:hAnsi="Aptos"/>
          <w:b/>
          <w:color w:val="12304A"/>
          <w:sz w:val="20"/>
        </w:rPr>
        <w:t>CHARLES NEWBURY</w:t>
      </w:r>
      <w:r>
        <w:rPr>
          <w:rFonts w:ascii="Aptos" w:hAnsi="Aptos"/>
          <w:b w:val="0"/>
          <w:color w:val="12858E"/>
          <w:sz w:val="18"/>
        </w:rPr>
        <w:br/>
        <w:t>www.charlesnewbury.com</w:t>
      </w:r>
    </w:p>
    <w:p>
      <w:r>
        <w:br w:type="page"/>
      </w:r>
    </w:p>
    <w:p>
      <w:pPr>
        <w:pStyle w:val="Heading1"/>
      </w:pPr>
      <w:r>
        <w:t>Start here</w:t>
      </w:r>
    </w:p>
    <w:p>
      <w:r>
        <w:t>This pack is designed for writers, creators, educators and curious hobbyists. It brings together the source sections Creative Writing, Hobby Discovery in one focused, practical collection.</w:t>
      </w:r>
    </w:p>
    <w:p>
      <w:pPr>
        <w:pStyle w:val="Heading2"/>
      </w:pPr>
      <w:r>
        <w:t>How to use these prompts</w:t>
      </w:r>
    </w:p>
    <w:p>
      <w:pPr>
        <w:pStyle w:val="ListBullet"/>
      </w:pPr>
      <w:r>
        <w:t>Copy one prompt into ChatGPT, Claude, Gemini or another capable AI assistant.</w:t>
      </w:r>
    </w:p>
    <w:p>
      <w:pPr>
        <w:pStyle w:val="ListBullet"/>
      </w:pPr>
      <w:r>
        <w:t>Add context: your goal, audience, constraints, examples, preferred tone and required format.</w:t>
      </w:r>
    </w:p>
    <w:p>
      <w:pPr>
        <w:pStyle w:val="ListBullet"/>
      </w:pPr>
      <w:r>
        <w:t>Review the response for accuracy, relevance and suitability before using it.</w:t>
      </w:r>
    </w:p>
    <w:p>
      <w:pPr>
        <w:pStyle w:val="ListBullet"/>
      </w:pPr>
      <w:r>
        <w:t>Ask follow-up questions or request alternatives until the output fits your situation.</w:t>
      </w:r>
    </w:p>
    <w:p>
      <w:r>
        <w:br w:type="page"/>
      </w:r>
    </w:p>
    <w:p>
      <w:pPr>
        <w:pStyle w:val="Heading1"/>
      </w:pPr>
      <w:r>
        <w:t>The prompts</w:t>
      </w:r>
    </w:p>
    <w:p>
      <w:pPr>
        <w:pStyle w:val="Heading2"/>
      </w:pPr>
      <w:r>
        <w:t>Creative Writing</w:t>
      </w:r>
    </w:p>
    <w:p>
      <w:pPr>
        <w:pStyle w:val="ListNumber"/>
        <w:keepLines/>
      </w:pPr>
      <w:r>
        <w:t>Create a prompt that begins a short story with a mysterious sentence.</w:t>
      </w:r>
    </w:p>
    <w:p>
      <w:pPr>
        <w:pStyle w:val="ListNumber"/>
        <w:keepLines/>
      </w:pPr>
      <w:r>
        <w:t>Write a prompt that starts a story with “It all began when the lights went out…”</w:t>
      </w:r>
    </w:p>
    <w:p>
      <w:pPr>
        <w:pStyle w:val="ListNumber"/>
        <w:keepLines/>
      </w:pPr>
      <w:r>
        <w:t>Build a prompt that opens a story with a major secret being revealed.</w:t>
      </w:r>
    </w:p>
    <w:p>
      <w:pPr>
        <w:pStyle w:val="ListNumber"/>
        <w:keepLines/>
      </w:pPr>
      <w:r>
        <w:t>Develop a prompt that starts a sci-fi story based on time travel.</w:t>
      </w:r>
    </w:p>
    <w:p>
      <w:pPr>
        <w:pStyle w:val="ListNumber"/>
        <w:keepLines/>
      </w:pPr>
      <w:r>
        <w:t>Make a prompt that begins a fantasy story about a lost kingdom.</w:t>
      </w:r>
    </w:p>
    <w:p>
      <w:pPr>
        <w:pStyle w:val="ListNumber"/>
        <w:keepLines/>
      </w:pPr>
      <w:r>
        <w:t>Create a prompt that designs a character who fears their own success.</w:t>
      </w:r>
    </w:p>
    <w:p>
      <w:pPr>
        <w:pStyle w:val="ListNumber"/>
        <w:keepLines/>
      </w:pPr>
      <w:r>
        <w:t>Write a prompt that outlines a villain with relatable motivations.</w:t>
      </w:r>
    </w:p>
    <w:p>
      <w:pPr>
        <w:pStyle w:val="ListNumber"/>
        <w:keepLines/>
      </w:pPr>
      <w:r>
        <w:t>Build a prompt that creates a hero with a dark secret.</w:t>
      </w:r>
    </w:p>
    <w:p>
      <w:pPr>
        <w:pStyle w:val="ListNumber"/>
        <w:keepLines/>
      </w:pPr>
      <w:r>
        <w:t>Develop a prompt that generates a character stuck between two worlds.</w:t>
      </w:r>
    </w:p>
    <w:p>
      <w:pPr>
        <w:pStyle w:val="ListNumber"/>
        <w:keepLines/>
      </w:pPr>
      <w:r>
        <w:t>Make a prompt that crafts a backstory for a character born with no emotions.</w:t>
      </w:r>
    </w:p>
    <w:p>
      <w:pPr>
        <w:pStyle w:val="ListNumber"/>
        <w:keepLines/>
      </w:pPr>
      <w:r>
        <w:t>Create a prompt that writes a heated argument between best friends.</w:t>
      </w:r>
    </w:p>
    <w:p>
      <w:pPr>
        <w:pStyle w:val="ListNumber"/>
        <w:keepLines/>
      </w:pPr>
      <w:r>
        <w:t>Write a prompt that designs a conversation between a mentor and a student.</w:t>
      </w:r>
    </w:p>
    <w:p>
      <w:pPr>
        <w:pStyle w:val="ListNumber"/>
        <w:keepLines/>
      </w:pPr>
      <w:r>
        <w:t>Build a prompt that maps out awkward small talk at a funeral.</w:t>
      </w:r>
    </w:p>
    <w:p>
      <w:pPr>
        <w:pStyle w:val="ListNumber"/>
        <w:keepLines/>
      </w:pPr>
      <w:r>
        <w:t>Develop a prompt that generates a confession scene that changes everything.</w:t>
      </w:r>
    </w:p>
    <w:p>
      <w:pPr>
        <w:pStyle w:val="ListNumber"/>
        <w:keepLines/>
      </w:pPr>
      <w:r>
        <w:t>Make a prompt that structures a negotiation between rivals.</w:t>
      </w:r>
    </w:p>
    <w:p>
      <w:pPr>
        <w:pStyle w:val="ListNumber"/>
        <w:keepLines/>
      </w:pPr>
      <w:r>
        <w:t>Create a prompt that writes a full story in exactly 100 words.</w:t>
      </w:r>
    </w:p>
    <w:p>
      <w:pPr>
        <w:pStyle w:val="ListNumber"/>
        <w:keepLines/>
      </w:pPr>
      <w:r>
        <w:t>Write a prompt that builds a story using only dialogue (no description).</w:t>
      </w:r>
    </w:p>
    <w:p>
      <w:pPr>
        <w:pStyle w:val="ListNumber"/>
        <w:keepLines/>
      </w:pPr>
      <w:r>
        <w:t>Build a prompt that designs a short piece where the setting is the main character.</w:t>
      </w:r>
    </w:p>
    <w:p>
      <w:pPr>
        <w:pStyle w:val="ListNumber"/>
        <w:keepLines/>
      </w:pPr>
      <w:r>
        <w:t>Develop a prompt that creates a story without mentioning any character names.</w:t>
      </w:r>
    </w:p>
    <w:p>
      <w:pPr>
        <w:pStyle w:val="ListNumber"/>
        <w:keepLines/>
      </w:pPr>
      <w:r>
        <w:t>Make a prompt that generates a story based on a random object in your room.</w:t>
      </w:r>
    </w:p>
    <w:p>
      <w:pPr>
        <w:pStyle w:val="ListNumber"/>
        <w:keepLines/>
      </w:pPr>
      <w:r>
        <w:t>Create a prompt that writes a thriller story that starts slow but ends explosively.</w:t>
      </w:r>
    </w:p>
    <w:p>
      <w:pPr>
        <w:pStyle w:val="ListNumber"/>
        <w:keepLines/>
      </w:pPr>
      <w:r>
        <w:t>Write a prompt that builds a romantic short story around missed opportunities.</w:t>
      </w:r>
    </w:p>
    <w:p>
      <w:pPr>
        <w:pStyle w:val="ListNumber"/>
        <w:keepLines/>
      </w:pPr>
      <w:r>
        <w:t>Build a prompt that creates a horror story where the monster is unseen.</w:t>
      </w:r>
    </w:p>
    <w:p>
      <w:pPr>
        <w:pStyle w:val="ListNumber"/>
        <w:keepLines/>
      </w:pPr>
      <w:r>
        <w:t>Develop a prompt that maps out a slice-of-life story about ordinary beauty.</w:t>
      </w:r>
    </w:p>
    <w:p>
      <w:pPr>
        <w:pStyle w:val="ListNumber"/>
        <w:keepLines/>
      </w:pPr>
      <w:r>
        <w:t>Make a prompt that crafts a dystopian story where memories are currency.</w:t>
      </w:r>
    </w:p>
    <w:p>
      <w:pPr>
        <w:pStyle w:val="ListNumber"/>
        <w:keepLines/>
      </w:pPr>
      <w:r>
        <w:t>Create a prompt that writes an alternate ending to a famous fairy tale.</w:t>
      </w:r>
    </w:p>
    <w:p>
      <w:pPr>
        <w:pStyle w:val="ListNumber"/>
        <w:keepLines/>
      </w:pPr>
      <w:r>
        <w:t>Write a prompt that builds a multi-perspective story with 3 different narrators.</w:t>
      </w:r>
    </w:p>
    <w:p>
      <w:pPr>
        <w:pStyle w:val="ListNumber"/>
        <w:keepLines/>
      </w:pPr>
      <w:r>
        <w:t>Build a prompt that outlines a story where the main character is a pet.</w:t>
      </w:r>
    </w:p>
    <w:p>
      <w:pPr>
        <w:pStyle w:val="ListNumber"/>
        <w:keepLines/>
      </w:pPr>
      <w:r>
        <w:t>Develop a prompt that generates a fake news article about a bizarre event.</w:t>
      </w:r>
    </w:p>
    <w:p>
      <w:pPr>
        <w:pStyle w:val="ListNumber"/>
        <w:keepLines/>
      </w:pPr>
      <w:r>
        <w:t>Make a prompt that writes a letter from a fictional character to their future self.</w:t>
      </w:r>
    </w:p>
    <w:p>
      <w:pPr>
        <w:pStyle w:val="Heading2"/>
      </w:pPr>
      <w:r>
        <w:t>Hobby Discovery</w:t>
      </w:r>
    </w:p>
    <w:p>
      <w:pPr>
        <w:pStyle w:val="ListNumber"/>
        <w:keepLines/>
      </w:pPr>
      <w:r>
        <w:t>Create a prompt that generates 10 hobby ideas based on indoor activities.</w:t>
      </w:r>
    </w:p>
    <w:p>
      <w:pPr>
        <w:pStyle w:val="ListNumber"/>
        <w:keepLines/>
      </w:pPr>
      <w:r>
        <w:t>Write a prompt that suggests hobbies that require little or no equipment.</w:t>
      </w:r>
    </w:p>
    <w:p>
      <w:pPr>
        <w:pStyle w:val="ListNumber"/>
        <w:keepLines/>
      </w:pPr>
      <w:r>
        <w:t>Build a prompt that maps out hobbies perfect for busy people.</w:t>
      </w:r>
    </w:p>
    <w:p>
      <w:pPr>
        <w:pStyle w:val="ListNumber"/>
        <w:keepLines/>
      </w:pPr>
      <w:r>
        <w:t>Develop a prompt that suggests creative hobbies for beginners.</w:t>
      </w:r>
    </w:p>
    <w:p>
      <w:pPr>
        <w:pStyle w:val="ListNumber"/>
        <w:keepLines/>
      </w:pPr>
      <w:r>
        <w:t>Make a prompt that lists hobby ideas related to personal growth.</w:t>
      </w:r>
    </w:p>
    <w:p>
      <w:pPr>
        <w:pStyle w:val="ListNumber"/>
        <w:keepLines/>
      </w:pPr>
      <w:r>
        <w:t>Create a prompt that generates hobbies for people who like writing.</w:t>
      </w:r>
    </w:p>
    <w:p>
      <w:pPr>
        <w:pStyle w:val="ListNumber"/>
        <w:keepLines/>
      </w:pPr>
      <w:r>
        <w:t>Write a prompt that lists hobbies for people interested in tech and coding.</w:t>
      </w:r>
    </w:p>
    <w:p>
      <w:pPr>
        <w:pStyle w:val="ListNumber"/>
        <w:keepLines/>
      </w:pPr>
      <w:r>
        <w:t>Build a prompt that maps hobbies ideal for public speaking improvement.</w:t>
      </w:r>
    </w:p>
    <w:p>
      <w:pPr>
        <w:pStyle w:val="ListNumber"/>
        <w:keepLines/>
      </w:pPr>
      <w:r>
        <w:t>Develop a prompt that suggests physical hobbies for building endurance.</w:t>
      </w:r>
    </w:p>
    <w:p>
      <w:pPr>
        <w:pStyle w:val="ListNumber"/>
        <w:keepLines/>
      </w:pPr>
      <w:r>
        <w:t>Make a prompt that creates ideas for artistic hobbies without needing to draw.</w:t>
      </w:r>
    </w:p>
    <w:p>
      <w:pPr>
        <w:pStyle w:val="ListNumber"/>
        <w:keepLines/>
      </w:pPr>
      <w:r>
        <w:t>Create a prompt that suggests hobbies that help you meet new people.</w:t>
      </w:r>
    </w:p>
    <w:p>
      <w:pPr>
        <w:pStyle w:val="ListNumber"/>
        <w:keepLines/>
      </w:pPr>
      <w:r>
        <w:t>Write a prompt that builds a list of relaxing solo hobbies.</w:t>
      </w:r>
    </w:p>
    <w:p>
      <w:pPr>
        <w:pStyle w:val="ListNumber"/>
        <w:keepLines/>
      </w:pPr>
      <w:r>
        <w:t>Build a prompt that generates hobbies that can turn into side hustles.</w:t>
      </w:r>
    </w:p>
    <w:p>
      <w:pPr>
        <w:pStyle w:val="ListNumber"/>
        <w:keepLines/>
      </w:pPr>
      <w:r>
        <w:t>Develop a prompt that suggests adventure-based outdoor hobbies.</w:t>
      </w:r>
    </w:p>
    <w:p>
      <w:pPr>
        <w:pStyle w:val="ListNumber"/>
        <w:keepLines/>
      </w:pPr>
      <w:r>
        <w:t>Make a prompt that lists hobbies that involve learning a new culture.</w:t>
      </w:r>
    </w:p>
    <w:p>
      <w:pPr>
        <w:pStyle w:val="ListNumber"/>
        <w:keepLines/>
      </w:pPr>
      <w:r>
        <w:t>Create a prompt that suggests hobbies that push you out of your comfort zone.</w:t>
      </w:r>
    </w:p>
    <w:p>
      <w:pPr>
        <w:pStyle w:val="ListNumber"/>
        <w:keepLines/>
      </w:pPr>
      <w:r>
        <w:t>Write a prompt that generates hobby challenges for self-discipline building.</w:t>
      </w:r>
    </w:p>
    <w:p>
      <w:pPr>
        <w:pStyle w:val="ListNumber"/>
        <w:keepLines/>
      </w:pPr>
      <w:r>
        <w:t>Build a prompt that maps out hobbies that teach patience over time.</w:t>
      </w:r>
    </w:p>
    <w:p>
      <w:pPr>
        <w:pStyle w:val="ListNumber"/>
        <w:keepLines/>
      </w:pPr>
      <w:r>
        <w:t>Develop a prompt that creates a 30-day hobby trial plan.</w:t>
      </w:r>
    </w:p>
    <w:p>
      <w:pPr>
        <w:pStyle w:val="ListNumber"/>
        <w:keepLines/>
      </w:pPr>
      <w:r>
        <w:t>Make a prompt that suggests hobbies you can practice and improve daily.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b w:val="0"/>
        <w:color w:val="536370"/>
        <w:sz w:val="16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2858E"/>
        <w:sz w:val="16"/>
      </w:rPr>
      <w:t>CHARLESNEWBURY.COM  |  FREE AI PROMPT PACK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2304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12304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12858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230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2304A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20"/>
    </w:pPr>
    <w:rPr>
      <w:rFonts w:asciiTheme="majorHAnsi" w:eastAsiaTheme="majorEastAsia" w:hAnsiTheme="majorHAnsi" w:cstheme="majorBidi" w:ascii="Calibri" w:hAnsi="Calibri"/>
      <w:b w:val="0"/>
      <w:i/>
      <w:iCs/>
      <w:color w:val="12858E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color w:val="12304A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color w:val="12304A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Creative Writing &amp; Hobby Discovery</dc:title>
  <dc:subject>Free AI prompt pack</dc:subject>
  <dc:creator>Charles Newbury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