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12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Copywriting &amp; Email Conversion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Write persuasive sales messages and useful email sequences for real campaigns.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copywriters, marketers, founders and ecommerce teams. It brings together the source sections Sales Copywriting, Email Writing Prompts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Sales Copywriting</w:t>
      </w:r>
    </w:p>
    <w:p>
      <w:pPr>
        <w:pStyle w:val="ListNumber"/>
        <w:keepLines/>
      </w:pPr>
      <w:r>
        <w:t>Create a prompt that generates a PAS (Problem-Agitate-Solution) sales paragraph.</w:t>
      </w:r>
    </w:p>
    <w:p>
      <w:pPr>
        <w:pStyle w:val="ListNumber"/>
        <w:keepLines/>
      </w:pPr>
      <w:r>
        <w:t>Write a prompt that builds an AIDA (Attention-Interest-Desire-Action) structure for selling a service.</w:t>
      </w:r>
    </w:p>
    <w:p>
      <w:pPr>
        <w:pStyle w:val="ListNumber"/>
        <w:keepLines/>
      </w:pPr>
      <w:r>
        <w:t>Build a prompt that outlines a 3-sentence sales pitch using storytelling.</w:t>
      </w:r>
    </w:p>
    <w:p>
      <w:pPr>
        <w:pStyle w:val="ListNumber"/>
        <w:keepLines/>
      </w:pPr>
      <w:r>
        <w:t>Develop a prompt that crafts a product description using emotional triggers.</w:t>
      </w:r>
    </w:p>
    <w:p>
      <w:pPr>
        <w:pStyle w:val="ListNumber"/>
        <w:keepLines/>
      </w:pPr>
      <w:r>
        <w:t>Make a prompt that generates a short-form landing page headline and subheadline combo.</w:t>
      </w:r>
    </w:p>
    <w:p>
      <w:pPr>
        <w:pStyle w:val="ListNumber"/>
        <w:keepLines/>
      </w:pPr>
      <w:r>
        <w:t>Create a prompt that writes sales copy for a new online course.</w:t>
      </w:r>
    </w:p>
    <w:p>
      <w:pPr>
        <w:pStyle w:val="ListNumber"/>
        <w:keepLines/>
      </w:pPr>
      <w:r>
        <w:t>Write a prompt that generates sales page copy for a physical product.</w:t>
      </w:r>
    </w:p>
    <w:p>
      <w:pPr>
        <w:pStyle w:val="ListNumber"/>
        <w:keepLines/>
      </w:pPr>
      <w:r>
        <w:t>Build a prompt that creates a value stack for a high-ticket service.</w:t>
      </w:r>
    </w:p>
    <w:p>
      <w:pPr>
        <w:pStyle w:val="ListNumber"/>
        <w:keepLines/>
      </w:pPr>
      <w:r>
        <w:t>Develop a prompt that generates bullet points highlighting key product benefits.</w:t>
      </w:r>
    </w:p>
    <w:p>
      <w:pPr>
        <w:pStyle w:val="ListNumber"/>
        <w:keepLines/>
      </w:pPr>
      <w:r>
        <w:t>Make a prompt that structures a limited-time discount campaign message. Emotional Appeal Copy</w:t>
      </w:r>
    </w:p>
    <w:p>
      <w:pPr>
        <w:pStyle w:val="ListNumber"/>
        <w:keepLines/>
      </w:pPr>
      <w:r>
        <w:t>Create a prompt that builds a copy draft using fear of missing out (FOMO).</w:t>
      </w:r>
    </w:p>
    <w:p>
      <w:pPr>
        <w:pStyle w:val="ListNumber"/>
        <w:keepLines/>
      </w:pPr>
      <w:r>
        <w:t>Write a prompt that creates urgency-based sales copy without sounding desperate.</w:t>
      </w:r>
    </w:p>
    <w:p>
      <w:pPr>
        <w:pStyle w:val="ListNumber"/>
        <w:keepLines/>
      </w:pPr>
      <w:r>
        <w:t>Build a prompt that maps out empathetic copy addressing common pain points.</w:t>
      </w:r>
    </w:p>
    <w:p>
      <w:pPr>
        <w:pStyle w:val="ListNumber"/>
        <w:keepLines/>
      </w:pPr>
      <w:r>
        <w:t>Develop a prompt that crafts copy emphasizing long-term transformation, not features.</w:t>
      </w:r>
    </w:p>
    <w:p>
      <w:pPr>
        <w:pStyle w:val="ListNumber"/>
        <w:keepLines/>
      </w:pPr>
      <w:r>
        <w:t>Make a prompt that generates a “before and after” customer journey copy block.</w:t>
      </w:r>
    </w:p>
    <w:p>
      <w:pPr>
        <w:pStyle w:val="ListNumber"/>
        <w:keepLines/>
      </w:pPr>
      <w:r>
        <w:t>Create a prompt that generates 5 strong call-to-action examples for checkout pages.</w:t>
      </w:r>
    </w:p>
    <w:p>
      <w:pPr>
        <w:pStyle w:val="ListNumber"/>
        <w:keepLines/>
      </w:pPr>
      <w:r>
        <w:t>Write a prompt that builds persuasive microcopy for buttons and forms.</w:t>
      </w:r>
    </w:p>
    <w:p>
      <w:pPr>
        <w:pStyle w:val="ListNumber"/>
        <w:keepLines/>
      </w:pPr>
      <w:r>
        <w:t>Build a prompt that outlines testimonial-based sales sections.</w:t>
      </w:r>
    </w:p>
    <w:p>
      <w:pPr>
        <w:pStyle w:val="ListNumber"/>
        <w:keepLines/>
      </w:pPr>
      <w:r>
        <w:t>Develop a prompt that creates FAQ answers to overcome objections.</w:t>
      </w:r>
    </w:p>
    <w:p>
      <w:pPr>
        <w:pStyle w:val="ListNumber"/>
        <w:keepLines/>
      </w:pPr>
      <w:r>
        <w:t>Make a prompt that designs a guarantee/refund reassurance section.</w:t>
      </w:r>
    </w:p>
    <w:p>
      <w:pPr>
        <w:pStyle w:val="ListNumber"/>
        <w:keepLines/>
      </w:pPr>
      <w:r>
        <w:t>Create a prompt that writes a short-form Instagram caption to promote a product.</w:t>
      </w:r>
    </w:p>
    <w:p>
      <w:pPr>
        <w:pStyle w:val="ListNumber"/>
        <w:keepLines/>
      </w:pPr>
      <w:r>
        <w:t>Write a prompt that generates a Facebook ad primary text focused on emotional pain points.</w:t>
      </w:r>
    </w:p>
    <w:p>
      <w:pPr>
        <w:pStyle w:val="ListNumber"/>
        <w:keepLines/>
      </w:pPr>
      <w:r>
        <w:t>Build a prompt that maps out a TikTok script selling a low-cost product.</w:t>
      </w:r>
    </w:p>
    <w:p>
      <w:pPr>
        <w:pStyle w:val="ListNumber"/>
        <w:keepLines/>
      </w:pPr>
      <w:r>
        <w:t>Develop a prompt that creates a YouTube Shorts ad-style hook script.</w:t>
      </w:r>
    </w:p>
    <w:p>
      <w:pPr>
        <w:pStyle w:val="ListNumber"/>
        <w:keepLines/>
      </w:pPr>
      <w:r>
        <w:t>Make a prompt that structures a Twitter thread to tease and sell a digital product. Advanced Copywriting Tactics</w:t>
      </w:r>
    </w:p>
    <w:p>
      <w:pPr>
        <w:pStyle w:val="ListNumber"/>
        <w:keepLines/>
      </w:pPr>
      <w:r>
        <w:t>Create a prompt that generates objection-handling copy examples.</w:t>
      </w:r>
    </w:p>
    <w:p>
      <w:pPr>
        <w:pStyle w:val="ListNumber"/>
        <w:keepLines/>
      </w:pPr>
      <w:r>
        <w:t>Write a prompt that builds a “reason why” story to explain a price increase.</w:t>
      </w:r>
    </w:p>
    <w:p>
      <w:pPr>
        <w:pStyle w:val="ListNumber"/>
        <w:keepLines/>
      </w:pPr>
      <w:r>
        <w:t>Build a prompt that maps out a scarcity campaign for a waitlist launch.</w:t>
      </w:r>
    </w:p>
    <w:p>
      <w:pPr>
        <w:pStyle w:val="ListNumber"/>
        <w:keepLines/>
      </w:pPr>
      <w:r>
        <w:t>Develop a prompt that crafts a social proof heavy email for launch week.</w:t>
      </w:r>
    </w:p>
    <w:p>
      <w:pPr>
        <w:pStyle w:val="ListNumber"/>
        <w:keepLines/>
      </w:pPr>
      <w:r>
        <w:t>Make a prompt that designs a “dream outcome” paragraph to lead a sales page.</w:t>
      </w:r>
    </w:p>
    <w:p>
      <w:pPr>
        <w:pStyle w:val="Heading2"/>
      </w:pPr>
      <w:r>
        <w:t>Email Writing Prompts</w:t>
      </w:r>
    </w:p>
    <w:p>
      <w:pPr>
        <w:pStyle w:val="ListNumber"/>
        <w:keepLines/>
      </w:pPr>
      <w:r>
        <w:t>Create a prompt that writes a welcome email for new subscribers.</w:t>
      </w:r>
    </w:p>
    <w:p>
      <w:pPr>
        <w:pStyle w:val="ListNumber"/>
        <w:keepLines/>
      </w:pPr>
      <w:r>
        <w:t>Write a prompt that builds a thank-you email after a purchase.</w:t>
      </w:r>
    </w:p>
    <w:p>
      <w:pPr>
        <w:pStyle w:val="ListNumber"/>
        <w:keepLines/>
      </w:pPr>
      <w:r>
        <w:t>Build a prompt that drafts a re-engagement email for inactive subscribers.</w:t>
      </w:r>
    </w:p>
    <w:p>
      <w:pPr>
        <w:pStyle w:val="ListNumber"/>
        <w:keepLines/>
      </w:pPr>
      <w:r>
        <w:t>Develop a prompt that structures a feedback request email.</w:t>
      </w:r>
    </w:p>
    <w:p>
      <w:pPr>
        <w:pStyle w:val="ListNumber"/>
        <w:keepLines/>
      </w:pPr>
      <w:r>
        <w:t>Make a prompt that creates a “You’re Invited” event announcement email.</w:t>
      </w:r>
    </w:p>
    <w:p>
      <w:pPr>
        <w:pStyle w:val="ListNumber"/>
        <w:keepLines/>
      </w:pPr>
      <w:r>
        <w:t>Create a prompt that outlines a product launch announcement email.</w:t>
      </w:r>
    </w:p>
    <w:p>
      <w:pPr>
        <w:pStyle w:val="ListNumber"/>
        <w:keepLines/>
      </w:pPr>
      <w:r>
        <w:t>Write a prompt that drafts a flash sale email sequence.</w:t>
      </w:r>
    </w:p>
    <w:p>
      <w:pPr>
        <w:pStyle w:val="ListNumber"/>
        <w:keepLines/>
      </w:pPr>
      <w:r>
        <w:t>Build a prompt that generates a last-chance email for expiring discounts.</w:t>
      </w:r>
    </w:p>
    <w:p>
      <w:pPr>
        <w:pStyle w:val="ListNumber"/>
        <w:keepLines/>
      </w:pPr>
      <w:r>
        <w:t>Develop a prompt that structures an upsell email post-purchase.</w:t>
      </w:r>
    </w:p>
    <w:p>
      <w:pPr>
        <w:pStyle w:val="ListNumber"/>
        <w:keepLines/>
      </w:pPr>
      <w:r>
        <w:t>Make a prompt that builds a cart abandonment reminder email.</w:t>
      </w:r>
    </w:p>
    <w:p>
      <w:pPr>
        <w:pStyle w:val="ListNumber"/>
        <w:keepLines/>
      </w:pPr>
      <w:r>
        <w:t>Create a prompt that writes a personal story email to humanize a brand.</w:t>
      </w:r>
    </w:p>
    <w:p>
      <w:pPr>
        <w:pStyle w:val="ListNumber"/>
        <w:keepLines/>
      </w:pPr>
      <w:r>
        <w:t>Write a prompt that builds a weekly value-packed newsletter template.</w:t>
      </w:r>
    </w:p>
    <w:p>
      <w:pPr>
        <w:pStyle w:val="ListNumber"/>
        <w:keepLines/>
      </w:pPr>
      <w:r>
        <w:t>Build a prompt that generates a “Lessons I Learned” reflection email.</w:t>
      </w:r>
    </w:p>
    <w:p>
      <w:pPr>
        <w:pStyle w:val="ListNumber"/>
        <w:keepLines/>
      </w:pPr>
      <w:r>
        <w:t>Develop a prompt that outlines a behind-the-scenes update email.</w:t>
      </w:r>
    </w:p>
    <w:p>
      <w:pPr>
        <w:pStyle w:val="ListNumber"/>
        <w:keepLines/>
      </w:pPr>
      <w:r>
        <w:t>Make a prompt that structures an email sharing curated resources or tips.</w:t>
      </w:r>
    </w:p>
    <w:p>
      <w:pPr>
        <w:pStyle w:val="ListNumber"/>
        <w:keepLines/>
      </w:pPr>
      <w:r>
        <w:t>Create a prompt that builds a 3-day sales sequence for a product launch.</w:t>
      </w:r>
    </w:p>
    <w:p>
      <w:pPr>
        <w:pStyle w:val="ListNumber"/>
        <w:keepLines/>
      </w:pPr>
      <w:r>
        <w:t>Write a prompt that designs a welcome sequence (3 emails) for new customers.</w:t>
      </w:r>
    </w:p>
    <w:p>
      <w:pPr>
        <w:pStyle w:val="ListNumber"/>
        <w:keepLines/>
      </w:pPr>
      <w:r>
        <w:t>Build a prompt that maps out a reactivation sequence for old customers.</w:t>
      </w:r>
    </w:p>
    <w:p>
      <w:pPr>
        <w:pStyle w:val="ListNumber"/>
        <w:keepLines/>
      </w:pPr>
      <w:r>
        <w:t>Develop a prompt that crafts a loyalty program invitation email.</w:t>
      </w:r>
    </w:p>
    <w:p>
      <w:pPr>
        <w:pStyle w:val="ListNumber"/>
        <w:keepLines/>
      </w:pPr>
      <w:r>
        <w:t>Make a prompt that generates a beta launch invitation email for early access users.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Copywriting &amp; Email Conversion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