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900" w:after="300"/>
        <w:jc w:val="center"/>
      </w:pPr>
      <w:r>
        <w:rPr>
          <w:rFonts w:ascii="Aptos" w:hAnsi="Aptos"/>
          <w:b/>
          <w:color w:val="DA9D39"/>
          <w:sz w:val="20"/>
        </w:rPr>
        <w:t>FREE AI PROMPT PACK  11</w:t>
      </w:r>
    </w:p>
    <w:p>
      <w:pPr>
        <w:pStyle w:val="Title"/>
        <w:keepNext/>
        <w:jc w:val="center"/>
      </w:pPr>
      <w:r>
        <w:rPr>
          <w:rFonts w:ascii="Aptos Display" w:hAnsi="Aptos Display"/>
          <w:b/>
          <w:color w:val="12304A"/>
          <w:sz w:val="60"/>
        </w:rPr>
        <w:t>Audience Growth Playbook</w:t>
      </w:r>
    </w:p>
    <w:p>
      <w:pPr>
        <w:pStyle w:val="Subtitle"/>
        <w:jc w:val="center"/>
      </w:pPr>
      <w:r>
        <w:rPr>
          <w:rFonts w:ascii="Aptos" w:hAnsi="Aptos"/>
          <w:b w:val="0"/>
          <w:color w:val="12858E"/>
          <w:sz w:val="28"/>
        </w:rPr>
        <w:t>Build genuine reach, engagement and community across social platforms.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4464"/>
            <w:shd w:fill="EAF4F5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2858E"/>
                <w:sz w:val="46"/>
              </w:rPr>
              <w:t>40</w:t>
            </w:r>
            <w:r>
              <w:rPr>
                <w:rFonts w:ascii="Aptos" w:hAnsi="Aptos"/>
                <w:b/>
                <w:color w:val="536370"/>
                <w:sz w:val="18"/>
              </w:rPr>
              <w:br/>
              <w:t>source prompts included</w:t>
            </w:r>
          </w:p>
        </w:tc>
      </w:tr>
    </w:tbl>
    <w:p>
      <w:pPr>
        <w:spacing w:before="560"/>
        <w:jc w:val="center"/>
      </w:pPr>
      <w:r>
        <w:rPr>
          <w:rFonts w:ascii="Aptos" w:hAnsi="Aptos"/>
          <w:b w:val="0"/>
          <w:color w:val="536370"/>
          <w:sz w:val="22"/>
        </w:rPr>
        <w:t>Build smarter. Create faster. Live better.</w:t>
      </w:r>
    </w:p>
    <w:p>
      <w:pPr>
        <w:spacing w:before="2100"/>
        <w:jc w:val="center"/>
      </w:pPr>
      <w:r>
        <w:rPr>
          <w:rFonts w:ascii="Aptos" w:hAnsi="Aptos"/>
          <w:b/>
          <w:color w:val="12304A"/>
          <w:sz w:val="20"/>
        </w:rPr>
        <w:t>CHARLES NEWBURY</w:t>
      </w:r>
      <w:r>
        <w:rPr>
          <w:rFonts w:ascii="Aptos" w:hAnsi="Aptos"/>
          <w:b w:val="0"/>
          <w:color w:val="12858E"/>
          <w:sz w:val="18"/>
        </w:rPr>
        <w:br/>
        <w:t>www.charlesnewbury.com</w:t>
      </w:r>
    </w:p>
    <w:p>
      <w:r>
        <w:br w:type="page"/>
      </w:r>
    </w:p>
    <w:p>
      <w:pPr>
        <w:pStyle w:val="Heading1"/>
      </w:pPr>
      <w:r>
        <w:t>Start here</w:t>
      </w:r>
    </w:p>
    <w:p>
      <w:r>
        <w:t>This pack is designed for creators, marketers and growing personal brands. It brings together the source sections Audience Growth Hacks in one focused, practical collection.</w:t>
      </w:r>
    </w:p>
    <w:p>
      <w:pPr>
        <w:pStyle w:val="Heading2"/>
      </w:pPr>
      <w:r>
        <w:t>How to use these prompts</w:t>
      </w:r>
    </w:p>
    <w:p>
      <w:pPr>
        <w:pStyle w:val="ListBullet"/>
      </w:pPr>
      <w:r>
        <w:t>Copy one prompt into ChatGPT, Claude, Gemini or another capable AI assistant.</w:t>
      </w:r>
    </w:p>
    <w:p>
      <w:pPr>
        <w:pStyle w:val="ListBullet"/>
      </w:pPr>
      <w:r>
        <w:t>Add context: your goal, audience, constraints, examples, preferred tone and required format.</w:t>
      </w:r>
    </w:p>
    <w:p>
      <w:pPr>
        <w:pStyle w:val="ListBullet"/>
      </w:pPr>
      <w:r>
        <w:t>Review the response for accuracy, relevance and suitability before using it.</w:t>
      </w:r>
    </w:p>
    <w:p>
      <w:pPr>
        <w:pStyle w:val="ListBullet"/>
      </w:pPr>
      <w:r>
        <w:t>Ask follow-up questions or request alternatives until the output fits your situation.</w:t>
      </w:r>
    </w:p>
    <w:p>
      <w:r>
        <w:br w:type="page"/>
      </w:r>
    </w:p>
    <w:p>
      <w:pPr>
        <w:pStyle w:val="Heading1"/>
      </w:pPr>
      <w:r>
        <w:t>The prompts</w:t>
      </w:r>
    </w:p>
    <w:p>
      <w:pPr>
        <w:pStyle w:val="ListNumber"/>
        <w:keepLines/>
      </w:pPr>
      <w:r>
        <w:t>Create a prompt that designs a 30-day engagement challenge.</w:t>
      </w:r>
    </w:p>
    <w:p>
      <w:pPr>
        <w:pStyle w:val="ListNumber"/>
        <w:keepLines/>
      </w:pPr>
      <w:r>
        <w:t>Write a prompt that outlines a daily commenting strategy to boost visibility.</w:t>
      </w:r>
    </w:p>
    <w:p>
      <w:pPr>
        <w:pStyle w:val="ListNumber"/>
        <w:keepLines/>
      </w:pPr>
      <w:r>
        <w:t>Build a prompt that maps out 5 cross-promotion opportunities with similar creators.</w:t>
      </w:r>
    </w:p>
    <w:p>
      <w:pPr>
        <w:pStyle w:val="ListNumber"/>
        <w:keepLines/>
      </w:pPr>
      <w:r>
        <w:t>Develop a prompt that generates content ideas specifically for saving and sharing.</w:t>
      </w:r>
    </w:p>
    <w:p>
      <w:pPr>
        <w:pStyle w:val="ListNumber"/>
        <w:keepLines/>
      </w:pPr>
      <w:r>
        <w:t>Make a prompt that creates a 5-question audience feedback survey post.</w:t>
      </w:r>
    </w:p>
    <w:p>
      <w:pPr>
        <w:pStyle w:val="ListNumber"/>
        <w:keepLines/>
      </w:pPr>
      <w:r>
        <w:t>Create a prompt that suggests ways to showcase testimonials organically.</w:t>
      </w:r>
    </w:p>
    <w:p>
      <w:pPr>
        <w:pStyle w:val="ListNumber"/>
        <w:keepLines/>
      </w:pPr>
      <w:r>
        <w:t>Write a prompt that builds a strategy to feature customer or client results.</w:t>
      </w:r>
    </w:p>
    <w:p>
      <w:pPr>
        <w:pStyle w:val="ListNumber"/>
        <w:keepLines/>
      </w:pPr>
      <w:r>
        <w:t>Build a prompt that outlines how to turn reviews into viral posts.</w:t>
      </w:r>
    </w:p>
    <w:p>
      <w:pPr>
        <w:pStyle w:val="ListNumber"/>
        <w:keepLines/>
      </w:pPr>
      <w:r>
        <w:t>Develop a prompt that maps out a “Shoutout Saturday” content campaign.</w:t>
      </w:r>
    </w:p>
    <w:p>
      <w:pPr>
        <w:pStyle w:val="ListNumber"/>
        <w:keepLines/>
      </w:pPr>
      <w:r>
        <w:t>Make a prompt that generates ideas for reposting user-generated content (UGC).</w:t>
      </w:r>
    </w:p>
    <w:p>
      <w:pPr>
        <w:pStyle w:val="ListNumber"/>
        <w:keepLines/>
      </w:pPr>
      <w:r>
        <w:t>Create a prompt that structures a private group launch (Facebook, Discord).</w:t>
      </w:r>
    </w:p>
    <w:p>
      <w:pPr>
        <w:pStyle w:val="ListNumber"/>
        <w:keepLines/>
      </w:pPr>
      <w:r>
        <w:t>Write a prompt that outlines an Instagram close friends strategy.</w:t>
      </w:r>
    </w:p>
    <w:p>
      <w:pPr>
        <w:pStyle w:val="ListNumber"/>
        <w:keepLines/>
      </w:pPr>
      <w:r>
        <w:t>Build a prompt that designs a weekly Q&amp;A session to engage followers.</w:t>
      </w:r>
    </w:p>
    <w:p>
      <w:pPr>
        <w:pStyle w:val="ListNumber"/>
        <w:keepLines/>
      </w:pPr>
      <w:r>
        <w:t>Develop a prompt that creates a “Community of the Month” feature.</w:t>
      </w:r>
    </w:p>
    <w:p>
      <w:pPr>
        <w:pStyle w:val="ListNumber"/>
        <w:keepLines/>
      </w:pPr>
      <w:r>
        <w:t>Make a prompt that generates ideas for running co-hosted live streams.</w:t>
      </w:r>
    </w:p>
    <w:p>
      <w:pPr>
        <w:pStyle w:val="ListNumber"/>
        <w:keepLines/>
      </w:pPr>
      <w:r>
        <w:t>Create a prompt that builds a recurring Monday/Friday themed series.</w:t>
      </w:r>
    </w:p>
    <w:p>
      <w:pPr>
        <w:pStyle w:val="ListNumber"/>
        <w:keepLines/>
      </w:pPr>
      <w:r>
        <w:t>Write a prompt that generates a “Behind-the-Scenes” content series.</w:t>
      </w:r>
    </w:p>
    <w:p>
      <w:pPr>
        <w:pStyle w:val="ListNumber"/>
        <w:keepLines/>
      </w:pPr>
      <w:r>
        <w:t>Build a prompt that maps out a 5-part educational mini-series.</w:t>
      </w:r>
    </w:p>
    <w:p>
      <w:pPr>
        <w:pStyle w:val="ListNumber"/>
        <w:keepLines/>
      </w:pPr>
      <w:r>
        <w:t>Develop a prompt that structures a “Road to Launch” diary series.</w:t>
      </w:r>
    </w:p>
    <w:p>
      <w:pPr>
        <w:pStyle w:val="ListNumber"/>
        <w:keepLines/>
      </w:pPr>
      <w:r>
        <w:t>Make a prompt that creates an audience “challenge series” (like a 5-day skill builder).</w:t>
      </w:r>
    </w:p>
    <w:p>
      <w:pPr>
        <w:pStyle w:val="ListNumber"/>
        <w:keepLines/>
      </w:pPr>
      <w:r>
        <w:t>Create a prompt that outlines a micro-influencer collaboration campaign.</w:t>
      </w:r>
    </w:p>
    <w:p>
      <w:pPr>
        <w:pStyle w:val="ListNumber"/>
        <w:keepLines/>
      </w:pPr>
      <w:r>
        <w:t>Write a prompt that builds a co-branded giveaway idea.</w:t>
      </w:r>
    </w:p>
    <w:p>
      <w:pPr>
        <w:pStyle w:val="ListNumber"/>
        <w:keepLines/>
      </w:pPr>
      <w:r>
        <w:t>Build a prompt that generates cross-audience content swap plans.</w:t>
      </w:r>
    </w:p>
    <w:p>
      <w:pPr>
        <w:pStyle w:val="ListNumber"/>
        <w:keepLines/>
      </w:pPr>
      <w:r>
        <w:t>Develop a prompt that suggests interview collab ideas with other creators.</w:t>
      </w:r>
    </w:p>
    <w:p>
      <w:pPr>
        <w:pStyle w:val="ListNumber"/>
        <w:keepLines/>
      </w:pPr>
      <w:r>
        <w:t>Make a prompt that maps out a dual-hosted live webinar plan.</w:t>
      </w:r>
    </w:p>
    <w:p>
      <w:pPr>
        <w:pStyle w:val="ListNumber"/>
        <w:keepLines/>
      </w:pPr>
      <w:r>
        <w:t>Create a prompt that structures a “trigger comment” post to boost discussions.</w:t>
      </w:r>
    </w:p>
    <w:p>
      <w:pPr>
        <w:pStyle w:val="ListNumber"/>
        <w:keepLines/>
      </w:pPr>
      <w:r>
        <w:t>Write a prompt that builds a “Save this post for later” content CTA.</w:t>
      </w:r>
    </w:p>
    <w:p>
      <w:pPr>
        <w:pStyle w:val="ListNumber"/>
        <w:keepLines/>
      </w:pPr>
      <w:r>
        <w:t>Build a prompt that outlines strategies to get featured on the Explore page.</w:t>
      </w:r>
    </w:p>
    <w:p>
      <w:pPr>
        <w:pStyle w:val="ListNumber"/>
        <w:keepLines/>
      </w:pPr>
      <w:r>
        <w:t>Develop a prompt that maps out tactics to drive story interactions daily.</w:t>
      </w:r>
    </w:p>
    <w:p>
      <w:pPr>
        <w:pStyle w:val="ListNumber"/>
        <w:keepLines/>
      </w:pPr>
      <w:r>
        <w:t>Make a prompt that creates a plan for getting consistent reshares.</w:t>
      </w:r>
    </w:p>
    <w:p>
      <w:pPr>
        <w:pStyle w:val="ListNumber"/>
        <w:keepLines/>
      </w:pPr>
      <w:r>
        <w:t>Create a prompt that structures a paid ad campaign to boost best-performing posts.</w:t>
      </w:r>
    </w:p>
    <w:p>
      <w:pPr>
        <w:pStyle w:val="ListNumber"/>
        <w:keepLines/>
      </w:pPr>
      <w:r>
        <w:t>Write a prompt that builds a retargeting campaign for profile visitors.</w:t>
      </w:r>
    </w:p>
    <w:p>
      <w:pPr>
        <w:pStyle w:val="ListNumber"/>
        <w:keepLines/>
      </w:pPr>
      <w:r>
        <w:t>Build a prompt that generates low-budget ad ideas to grow new followers.</w:t>
      </w:r>
    </w:p>
    <w:p>
      <w:pPr>
        <w:pStyle w:val="ListNumber"/>
        <w:keepLines/>
      </w:pPr>
      <w:r>
        <w:t>Develop a prompt that outlines how to promote viral posts via ads.</w:t>
      </w:r>
    </w:p>
    <w:p>
      <w:pPr>
        <w:pStyle w:val="ListNumber"/>
        <w:keepLines/>
      </w:pPr>
      <w:r>
        <w:t>Make a prompt that structures an ad offer to convert followers into customers.</w:t>
      </w:r>
    </w:p>
    <w:p>
      <w:pPr>
        <w:pStyle w:val="ListNumber"/>
        <w:keepLines/>
      </w:pPr>
      <w:r>
        <w:t>Create a prompt that generates a series of authority-building “hot takes.”</w:t>
      </w:r>
    </w:p>
    <w:p>
      <w:pPr>
        <w:pStyle w:val="ListNumber"/>
        <w:keepLines/>
      </w:pPr>
      <w:r>
        <w:t>Write a prompt that maps out a mini-documentary idea about your brand journey.</w:t>
      </w:r>
    </w:p>
    <w:p>
      <w:pPr>
        <w:pStyle w:val="ListNumber"/>
        <w:keepLines/>
      </w:pPr>
      <w:r>
        <w:t>Build a prompt that suggests “milestone celebration” posts every 1k followers.</w:t>
      </w:r>
    </w:p>
    <w:p>
      <w:pPr>
        <w:pStyle w:val="ListNumber"/>
        <w:keepLines/>
      </w:pPr>
      <w:r>
        <w:t>Develop a prompt that structures a transparent post sharing struggles and wins.</w:t>
      </w:r>
    </w:p>
    <w:p>
      <w:pPr>
        <w:pStyle w:val="ListNumber"/>
        <w:keepLines/>
      </w:pPr>
      <w:r>
        <w:t>Make a prompt that builds an authentic “day in the life” growth series.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b w:val="0"/>
        <w:color w:val="536370"/>
        <w:sz w:val="16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2858E"/>
        <w:sz w:val="16"/>
      </w:rPr>
      <w:t>CHARLESNEWBURY.COM  |  FREE AI PROMPT PACK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230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285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2304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20"/>
    </w:pPr>
    <w:rPr>
      <w:rFonts w:asciiTheme="majorHAnsi" w:eastAsiaTheme="majorEastAsia" w:hAnsiTheme="majorHAnsi" w:cstheme="majorBidi" w:ascii="Calibri" w:hAnsi="Calibri"/>
      <w:b w:val="0"/>
      <w:i/>
      <w:iCs/>
      <w:color w:val="12858E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Audience Growth Playbook</dc:title>
  <dc:subject>Free AI prompt pack</dc:subject>
  <dc:creator>Charles Newbury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