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10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TikTok &amp; YouTube Shorts Content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Generate short-form video concepts, hooks and repeatable series ideas.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30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creators, educators, founders and social media teams. It brings together the source sections TikTok/YouTube Short Content Ideas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generates 10 trending challenge ideas.</w:t>
      </w:r>
    </w:p>
    <w:p>
      <w:pPr>
        <w:pStyle w:val="ListNumber"/>
        <w:keepLines/>
      </w:pPr>
      <w:r>
        <w:t>Write a prompt that builds a viral reaction video script.</w:t>
      </w:r>
    </w:p>
    <w:p>
      <w:pPr>
        <w:pStyle w:val="ListNumber"/>
        <w:keepLines/>
      </w:pPr>
      <w:r>
        <w:t>Build a prompt that suggests 5 duet or stitch video ideas.</w:t>
      </w:r>
    </w:p>
    <w:p>
      <w:pPr>
        <w:pStyle w:val="ListNumber"/>
        <w:keepLines/>
      </w:pPr>
      <w:r>
        <w:t>Develop a prompt that outlines a “Things I Wish I Knew” short series.</w:t>
      </w:r>
    </w:p>
    <w:p>
      <w:pPr>
        <w:pStyle w:val="ListNumber"/>
        <w:keepLines/>
      </w:pPr>
      <w:r>
        <w:t>Make a prompt that maps out trending sound ideas for new creators.</w:t>
      </w:r>
    </w:p>
    <w:p>
      <w:pPr>
        <w:pStyle w:val="ListNumber"/>
        <w:keepLines/>
      </w:pPr>
      <w:r>
        <w:t>Create a prompt that suggests 5 quick “How-To” tutorial topics.</w:t>
      </w:r>
    </w:p>
    <w:p>
      <w:pPr>
        <w:pStyle w:val="ListNumber"/>
        <w:keepLines/>
      </w:pPr>
      <w:r>
        <w:t>Write a prompt that builds a “3 Tips in 30 Seconds” video outline.</w:t>
      </w:r>
    </w:p>
    <w:p>
      <w:pPr>
        <w:pStyle w:val="ListNumber"/>
        <w:keepLines/>
      </w:pPr>
      <w:r>
        <w:t>Build a prompt that structures a “Myth Busting” short.</w:t>
      </w:r>
    </w:p>
    <w:p>
      <w:pPr>
        <w:pStyle w:val="ListNumber"/>
        <w:keepLines/>
      </w:pPr>
      <w:r>
        <w:t>Develop a prompt that generates a “1 Mistake to Avoid” short script.</w:t>
      </w:r>
    </w:p>
    <w:p>
      <w:pPr>
        <w:pStyle w:val="ListNumber"/>
        <w:keepLines/>
      </w:pPr>
      <w:r>
        <w:t>Make a prompt that outlines a “Quick Hacks” video series.</w:t>
      </w:r>
    </w:p>
    <w:p>
      <w:pPr>
        <w:pStyle w:val="ListNumber"/>
        <w:keepLines/>
      </w:pPr>
      <w:r>
        <w:t>Create a prompt that generates a 60-second storytelling format for shorts.</w:t>
      </w:r>
    </w:p>
    <w:p>
      <w:pPr>
        <w:pStyle w:val="ListNumber"/>
        <w:keepLines/>
      </w:pPr>
      <w:r>
        <w:t>Write a prompt that suggests storytelling hooks for the first 3 seconds.</w:t>
      </w:r>
    </w:p>
    <w:p>
      <w:pPr>
        <w:pStyle w:val="ListNumber"/>
        <w:keepLines/>
      </w:pPr>
      <w:r>
        <w:t>Build a prompt that outlines a “Before and After” transformation video.</w:t>
      </w:r>
    </w:p>
    <w:p>
      <w:pPr>
        <w:pStyle w:val="ListNumber"/>
        <w:keepLines/>
      </w:pPr>
      <w:r>
        <w:t>Develop a prompt that maps out a “Story Behind My Product” short.</w:t>
      </w:r>
    </w:p>
    <w:p>
      <w:pPr>
        <w:pStyle w:val="ListNumber"/>
        <w:keepLines/>
      </w:pPr>
      <w:r>
        <w:t>Make a prompt that creates a “How It Started vs How It’s Going” concept.</w:t>
      </w:r>
    </w:p>
    <w:p>
      <w:pPr>
        <w:pStyle w:val="ListNumber"/>
        <w:keepLines/>
      </w:pPr>
      <w:r>
        <w:t>Create a prompt that outlines a “Common Mistakes” niche series.</w:t>
      </w:r>
    </w:p>
    <w:p>
      <w:pPr>
        <w:pStyle w:val="ListNumber"/>
        <w:keepLines/>
      </w:pPr>
      <w:r>
        <w:t>Write a prompt that builds a “My Daily Routine” short.</w:t>
      </w:r>
    </w:p>
    <w:p>
      <w:pPr>
        <w:pStyle w:val="ListNumber"/>
        <w:keepLines/>
      </w:pPr>
      <w:r>
        <w:t>Build a prompt that generates a “What I Learned This Week” reflection short.</w:t>
      </w:r>
    </w:p>
    <w:p>
      <w:pPr>
        <w:pStyle w:val="ListNumber"/>
        <w:keepLines/>
      </w:pPr>
      <w:r>
        <w:t>Develop a prompt that maps out a “Top 3 Resources” showcase video.</w:t>
      </w:r>
    </w:p>
    <w:p>
      <w:pPr>
        <w:pStyle w:val="ListNumber"/>
        <w:keepLines/>
      </w:pPr>
      <w:r>
        <w:t>Make a prompt that creates a “Biggest Myth in My Industry” exposure short.</w:t>
      </w:r>
    </w:p>
    <w:p>
      <w:pPr>
        <w:pStyle w:val="ListNumber"/>
        <w:keepLines/>
      </w:pPr>
      <w:r>
        <w:t>Create a prompt that builds a product showcase under 30 seconds.</w:t>
      </w:r>
    </w:p>
    <w:p>
      <w:pPr>
        <w:pStyle w:val="ListNumber"/>
        <w:keepLines/>
      </w:pPr>
      <w:r>
        <w:t>Write a prompt that structures a launch announcement teaser.</w:t>
      </w:r>
    </w:p>
    <w:p>
      <w:pPr>
        <w:pStyle w:val="ListNumber"/>
        <w:keepLines/>
      </w:pPr>
      <w:r>
        <w:t>Build a prompt that generates a “Customer Testimonial Highlight” video.</w:t>
      </w:r>
    </w:p>
    <w:p>
      <w:pPr>
        <w:pStyle w:val="ListNumber"/>
        <w:keepLines/>
      </w:pPr>
      <w:r>
        <w:t>Develop a prompt that outlines a “Limited Time Offer” urgency short.</w:t>
      </w:r>
    </w:p>
    <w:p>
      <w:pPr>
        <w:pStyle w:val="ListNumber"/>
        <w:keepLines/>
      </w:pPr>
      <w:r>
        <w:t>Make a prompt that creates a “Special Thank You Offer” reveal video.</w:t>
      </w:r>
    </w:p>
    <w:p>
      <w:pPr>
        <w:pStyle w:val="ListNumber"/>
        <w:keepLines/>
      </w:pPr>
      <w:r>
        <w:t>Create a prompt that suggests 5 “Would You Rather” or “Pick One” videos.</w:t>
      </w:r>
    </w:p>
    <w:p>
      <w:pPr>
        <w:pStyle w:val="ListNumber"/>
        <w:keepLines/>
      </w:pPr>
      <w:r>
        <w:t>Write a prompt that outlines a 3-question audience poll short.</w:t>
      </w:r>
    </w:p>
    <w:p>
      <w:pPr>
        <w:pStyle w:val="ListNumber"/>
        <w:keepLines/>
      </w:pPr>
      <w:r>
        <w:t>Build a prompt that maps out an “Ask Me Anything” reply video.</w:t>
      </w:r>
    </w:p>
    <w:p>
      <w:pPr>
        <w:pStyle w:val="ListNumber"/>
        <w:keepLines/>
      </w:pPr>
      <w:r>
        <w:t>Develop a prompt that creates a quick “React to This” trend starter.</w:t>
      </w:r>
    </w:p>
    <w:p>
      <w:pPr>
        <w:pStyle w:val="ListNumber"/>
        <w:keepLines/>
      </w:pPr>
      <w:r>
        <w:t>Make a prompt that generates an “Answering Audience Questions” mini-series.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TikTok &amp; YouTube Shorts Content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