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900" w:after="300"/>
        <w:jc w:val="center"/>
      </w:pPr>
      <w:r>
        <w:rPr>
          <w:rFonts w:ascii="Aptos" w:hAnsi="Aptos"/>
          <w:b/>
          <w:color w:val="DA9D39"/>
          <w:sz w:val="20"/>
        </w:rPr>
        <w:t>FREE AI PROMPT PACK  09</w:t>
      </w:r>
    </w:p>
    <w:p>
      <w:pPr>
        <w:pStyle w:val="Title"/>
        <w:keepNext/>
        <w:jc w:val="center"/>
      </w:pPr>
      <w:r>
        <w:rPr>
          <w:rFonts w:ascii="Aptos Display" w:hAnsi="Aptos Display"/>
          <w:b/>
          <w:color w:val="12304A"/>
          <w:sz w:val="60"/>
        </w:rPr>
        <w:t>Instagram Content Ideas</w:t>
      </w:r>
    </w:p>
    <w:p>
      <w:pPr>
        <w:pStyle w:val="Subtitle"/>
        <w:jc w:val="center"/>
      </w:pPr>
      <w:r>
        <w:rPr>
          <w:rFonts w:ascii="Aptos" w:hAnsi="Aptos"/>
          <w:b w:val="0"/>
          <w:color w:val="12858E"/>
          <w:sz w:val="28"/>
        </w:rPr>
        <w:t>Plan engaging posts, stories, reels and campaigns without staring at a blank screen.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4464"/>
            <w:shd w:fill="EAF4F5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2858E"/>
                <w:sz w:val="46"/>
              </w:rPr>
              <w:t>30</w:t>
            </w:r>
            <w:r>
              <w:rPr>
                <w:rFonts w:ascii="Aptos" w:hAnsi="Aptos"/>
                <w:b/>
                <w:color w:val="536370"/>
                <w:sz w:val="18"/>
              </w:rPr>
              <w:br/>
              <w:t>source prompts included</w:t>
            </w:r>
          </w:p>
        </w:tc>
      </w:tr>
    </w:tbl>
    <w:p>
      <w:pPr>
        <w:spacing w:before="560"/>
        <w:jc w:val="center"/>
      </w:pPr>
      <w:r>
        <w:rPr>
          <w:rFonts w:ascii="Aptos" w:hAnsi="Aptos"/>
          <w:b w:val="0"/>
          <w:color w:val="536370"/>
          <w:sz w:val="22"/>
        </w:rPr>
        <w:t>Build smarter. Create faster. Live better.</w:t>
      </w:r>
    </w:p>
    <w:p>
      <w:pPr>
        <w:spacing w:before="2100"/>
        <w:jc w:val="center"/>
      </w:pPr>
      <w:r>
        <w:rPr>
          <w:rFonts w:ascii="Aptos" w:hAnsi="Aptos"/>
          <w:b/>
          <w:color w:val="12304A"/>
          <w:sz w:val="20"/>
        </w:rPr>
        <w:t>CHARLES NEWBURY</w:t>
      </w:r>
      <w:r>
        <w:rPr>
          <w:rFonts w:ascii="Aptos" w:hAnsi="Aptos"/>
          <w:b w:val="0"/>
          <w:color w:val="12858E"/>
          <w:sz w:val="18"/>
        </w:rPr>
        <w:br/>
        <w:t>www.charlesnewbury.com</w:t>
      </w:r>
    </w:p>
    <w:p>
      <w:r>
        <w:br w:type="page"/>
      </w:r>
    </w:p>
    <w:p>
      <w:pPr>
        <w:pStyle w:val="Heading1"/>
      </w:pPr>
      <w:r>
        <w:t>Start here</w:t>
      </w:r>
    </w:p>
    <w:p>
      <w:r>
        <w:t>This pack is designed for creators, community managers and small brands. It brings together the source sections Instagram Post Ideas in one focused, practical collection.</w:t>
      </w:r>
    </w:p>
    <w:p>
      <w:pPr>
        <w:pStyle w:val="Heading2"/>
      </w:pPr>
      <w:r>
        <w:t>How to use these prompts</w:t>
      </w:r>
    </w:p>
    <w:p>
      <w:pPr>
        <w:pStyle w:val="ListBullet"/>
      </w:pPr>
      <w:r>
        <w:t>Copy one prompt into ChatGPT, Claude, Gemini or another capable AI assistant.</w:t>
      </w:r>
    </w:p>
    <w:p>
      <w:pPr>
        <w:pStyle w:val="ListBullet"/>
      </w:pPr>
      <w:r>
        <w:t>Add context: your goal, audience, constraints, examples, preferred tone and required format.</w:t>
      </w:r>
    </w:p>
    <w:p>
      <w:pPr>
        <w:pStyle w:val="ListBullet"/>
      </w:pPr>
      <w:r>
        <w:t>Review the response for accuracy, relevance and suitability before using it.</w:t>
      </w:r>
    </w:p>
    <w:p>
      <w:pPr>
        <w:pStyle w:val="ListBullet"/>
      </w:pPr>
      <w:r>
        <w:t>Ask follow-up questions or request alternatives until the output fits your situation.</w:t>
      </w:r>
    </w:p>
    <w:p>
      <w:r>
        <w:br w:type="page"/>
      </w:r>
    </w:p>
    <w:p>
      <w:pPr>
        <w:pStyle w:val="Heading1"/>
      </w:pPr>
      <w:r>
        <w:t>The prompts</w:t>
      </w:r>
    </w:p>
    <w:p>
      <w:pPr>
        <w:pStyle w:val="ListNumber"/>
        <w:keepLines/>
      </w:pPr>
      <w:r>
        <w:t>Create a prompt that generates 10 carousel ideas for educational posts.</w:t>
      </w:r>
    </w:p>
    <w:p>
      <w:pPr>
        <w:pStyle w:val="ListNumber"/>
        <w:keepLines/>
      </w:pPr>
      <w:r>
        <w:t>Write a prompt that builds a daily quote series around personal development.</w:t>
      </w:r>
    </w:p>
    <w:p>
      <w:pPr>
        <w:pStyle w:val="ListNumber"/>
        <w:keepLines/>
      </w:pPr>
      <w:r>
        <w:t>Build a prompt that maps out 5 storytelling post ideas.</w:t>
      </w:r>
    </w:p>
    <w:p>
      <w:pPr>
        <w:pStyle w:val="ListNumber"/>
        <w:keepLines/>
      </w:pPr>
      <w:r>
        <w:t>Develop a prompt that suggests behind-the-scenes post topics.</w:t>
      </w:r>
    </w:p>
    <w:p>
      <w:pPr>
        <w:pStyle w:val="ListNumber"/>
        <w:keepLines/>
      </w:pPr>
      <w:r>
        <w:t>Make a prompt that generates 5 interactive post ideas using polls or sliders.</w:t>
      </w:r>
    </w:p>
    <w:p>
      <w:pPr>
        <w:pStyle w:val="ListNumber"/>
        <w:keepLines/>
      </w:pPr>
      <w:r>
        <w:t>Create a prompt that designs a “My Story” post to humanize your brand.</w:t>
      </w:r>
    </w:p>
    <w:p>
      <w:pPr>
        <w:pStyle w:val="ListNumber"/>
        <w:keepLines/>
      </w:pPr>
      <w:r>
        <w:t>Write a prompt that generates a “3 Lessons I Learned” post for entrepreneurs.</w:t>
      </w:r>
    </w:p>
    <w:p>
      <w:pPr>
        <w:pStyle w:val="ListNumber"/>
        <w:keepLines/>
      </w:pPr>
      <w:r>
        <w:t>Build a prompt that structures a milestone celebration post (ex: 10k followers).</w:t>
      </w:r>
    </w:p>
    <w:p>
      <w:pPr>
        <w:pStyle w:val="ListNumber"/>
        <w:keepLines/>
      </w:pPr>
      <w:r>
        <w:t>Develop a prompt that suggests 5 posts showcasing customer/client wins.</w:t>
      </w:r>
    </w:p>
    <w:p>
      <w:pPr>
        <w:pStyle w:val="ListNumber"/>
        <w:keepLines/>
      </w:pPr>
      <w:r>
        <w:t>Make a prompt that generates a personal opinion post about your industry.</w:t>
      </w:r>
    </w:p>
    <w:p>
      <w:pPr>
        <w:pStyle w:val="ListNumber"/>
        <w:keepLines/>
      </w:pPr>
      <w:r>
        <w:t>Create a prompt that generates 5 icebreaker question post ideas.</w:t>
      </w:r>
    </w:p>
    <w:p>
      <w:pPr>
        <w:pStyle w:val="ListNumber"/>
        <w:keepLines/>
      </w:pPr>
      <w:r>
        <w:t>Write a prompt that designs a fun “This or That” Instagram story post.</w:t>
      </w:r>
    </w:p>
    <w:p>
      <w:pPr>
        <w:pStyle w:val="ListNumber"/>
        <w:keepLines/>
      </w:pPr>
      <w:r>
        <w:t>Build a prompt that creates a 7-day challenge campaign on Instagram.</w:t>
      </w:r>
    </w:p>
    <w:p>
      <w:pPr>
        <w:pStyle w:val="ListNumber"/>
        <w:keepLines/>
      </w:pPr>
      <w:r>
        <w:t>Develop a prompt that maps out a giveaway announcement post.</w:t>
      </w:r>
    </w:p>
    <w:p>
      <w:pPr>
        <w:pStyle w:val="ListNumber"/>
        <w:keepLines/>
      </w:pPr>
      <w:r>
        <w:t>Make a prompt that suggests a “Myth vs Fact” educational post.</w:t>
      </w:r>
    </w:p>
    <w:p>
      <w:pPr>
        <w:pStyle w:val="ListNumber"/>
        <w:keepLines/>
      </w:pPr>
      <w:r>
        <w:t>Create a prompt that generates 5 “Quick Tips” carousel topics.</w:t>
      </w:r>
    </w:p>
    <w:p>
      <w:pPr>
        <w:pStyle w:val="ListNumber"/>
        <w:keepLines/>
      </w:pPr>
      <w:r>
        <w:t>Write a prompt that maps out a case study post breakdown.</w:t>
      </w:r>
    </w:p>
    <w:p>
      <w:pPr>
        <w:pStyle w:val="ListNumber"/>
        <w:keepLines/>
      </w:pPr>
      <w:r>
        <w:t>Build a prompt that suggests a “Common Mistakes” carousel.</w:t>
      </w:r>
    </w:p>
    <w:p>
      <w:pPr>
        <w:pStyle w:val="ListNumber"/>
        <w:keepLines/>
      </w:pPr>
      <w:r>
        <w:t>Develop a prompt that creates a beginner’s guide series post idea.</w:t>
      </w:r>
    </w:p>
    <w:p>
      <w:pPr>
        <w:pStyle w:val="ListNumber"/>
        <w:keepLines/>
      </w:pPr>
      <w:r>
        <w:t>Make a prompt that generates a “3 Tools I Use” showcase post.</w:t>
      </w:r>
    </w:p>
    <w:p>
      <w:pPr>
        <w:pStyle w:val="ListNumber"/>
        <w:keepLines/>
      </w:pPr>
      <w:r>
        <w:t>Create a prompt that structures a “Day In The Life” post.</w:t>
      </w:r>
    </w:p>
    <w:p>
      <w:pPr>
        <w:pStyle w:val="ListNumber"/>
        <w:keepLines/>
      </w:pPr>
      <w:r>
        <w:t>Write a prompt that generates a “Favorite Book/Podcast” recommendation post.</w:t>
      </w:r>
    </w:p>
    <w:p>
      <w:pPr>
        <w:pStyle w:val="ListNumber"/>
        <w:keepLines/>
      </w:pPr>
      <w:r>
        <w:t>Build a prompt that creates a “What I Wish I Knew Earlier” reflection post.</w:t>
      </w:r>
    </w:p>
    <w:p>
      <w:pPr>
        <w:pStyle w:val="ListNumber"/>
        <w:keepLines/>
      </w:pPr>
      <w:r>
        <w:t>Develop a prompt that outlines a “Biggest Challenge I Overcame” post.</w:t>
      </w:r>
    </w:p>
    <w:p>
      <w:pPr>
        <w:pStyle w:val="ListNumber"/>
        <w:keepLines/>
      </w:pPr>
      <w:r>
        <w:t>Make a prompt that generates a post highlighting 5 core values.</w:t>
      </w:r>
    </w:p>
    <w:p>
      <w:pPr>
        <w:pStyle w:val="ListNumber"/>
        <w:keepLines/>
      </w:pPr>
      <w:r>
        <w:t>Create a prompt that builds a pre-launch teaser post.</w:t>
      </w:r>
    </w:p>
    <w:p>
      <w:pPr>
        <w:pStyle w:val="ListNumber"/>
        <w:keepLines/>
      </w:pPr>
      <w:r>
        <w:t>Write a prompt that outlines a “Now Open” product announcement post.</w:t>
      </w:r>
    </w:p>
    <w:p>
      <w:pPr>
        <w:pStyle w:val="ListNumber"/>
        <w:keepLines/>
      </w:pPr>
      <w:r>
        <w:t>Build a prompt that creates a limited-time offer post.</w:t>
      </w:r>
    </w:p>
    <w:p>
      <w:pPr>
        <w:pStyle w:val="ListNumber"/>
        <w:keepLines/>
      </w:pPr>
      <w:r>
        <w:t>Develop a prompt that structures a customer testimonial graphic post.</w:t>
      </w:r>
    </w:p>
    <w:p>
      <w:pPr>
        <w:pStyle w:val="ListNumber"/>
        <w:keepLines/>
      </w:pPr>
      <w:r>
        <w:t>Make a prompt that maps out a “Last Chance to Buy” urgency post.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color w:val="536370"/>
        <w:sz w:val="16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2858E"/>
        <w:sz w:val="16"/>
      </w:rPr>
      <w:t>CHARLESNEWBURY.COM  |  FREE AI PROMPT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230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285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0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Calibri" w:hAnsi="Calibri"/>
      <w:b w:val="0"/>
      <w:i/>
      <w:iCs/>
      <w:color w:val="12858E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Instagram Content Ideas</dc:title>
  <dc:subject>Free AI prompt pack</dc:subject>
  <dc:creator>Charles Newbury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