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08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Interview &amp; Career Development Coach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Prepare thoughtful answers, practise difficult scenarios and improve interview confidence.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40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job seekers, emerging leaders and professionals seeking promotion. It brings together the source sections Interview Practice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ListNumber"/>
        <w:keepLines/>
      </w:pPr>
      <w:r>
        <w:t>Create a prompt that generates 5 smart questions to ask at the end of an interview.</w:t>
      </w:r>
    </w:p>
    <w:p>
      <w:pPr>
        <w:pStyle w:val="ListNumber"/>
        <w:keepLines/>
      </w:pPr>
      <w:r>
        <w:t>Write a prompt that outlines a 3-minute personal introduction for interviews.</w:t>
      </w:r>
    </w:p>
    <w:p>
      <w:pPr>
        <w:pStyle w:val="ListNumber"/>
        <w:keepLines/>
      </w:pPr>
      <w:r>
        <w:t>Build a prompt that generates bullet points for answering “Tell me about yourself.”</w:t>
      </w:r>
    </w:p>
    <w:p>
      <w:pPr>
        <w:pStyle w:val="ListNumber"/>
        <w:keepLines/>
      </w:pPr>
      <w:r>
        <w:t>Develop a prompt that crafts a story-based answer for “What’s your greatest strength?”</w:t>
      </w:r>
    </w:p>
    <w:p>
      <w:pPr>
        <w:pStyle w:val="ListNumber"/>
        <w:keepLines/>
      </w:pPr>
      <w:r>
        <w:t>Make a prompt that builds a structured response for “What’s your biggest weakness?”</w:t>
      </w:r>
    </w:p>
    <w:p>
      <w:pPr>
        <w:pStyle w:val="ListNumber"/>
        <w:keepLines/>
      </w:pPr>
      <w:r>
        <w:t>Create a prompt that generates examples of strong closing statements for interviews.</w:t>
      </w:r>
    </w:p>
    <w:p>
      <w:pPr>
        <w:pStyle w:val="ListNumber"/>
        <w:keepLines/>
      </w:pPr>
      <w:r>
        <w:t>Write a prompt that builds a 3-step framework for answering behavioral questions.</w:t>
      </w:r>
    </w:p>
    <w:p>
      <w:pPr>
        <w:pStyle w:val="ListNumber"/>
        <w:keepLines/>
      </w:pPr>
      <w:r>
        <w:t>Build a prompt that creates a cheat sheet for common interview mistakes to avoid.</w:t>
      </w:r>
    </w:p>
    <w:p>
      <w:pPr>
        <w:pStyle w:val="ListNumber"/>
        <w:keepLines/>
      </w:pPr>
      <w:r>
        <w:t>Develop a prompt that suggests the best way to research a company before an interview.</w:t>
      </w:r>
    </w:p>
    <w:p>
      <w:pPr>
        <w:pStyle w:val="ListNumber"/>
        <w:keepLines/>
      </w:pPr>
      <w:r>
        <w:t>Make a prompt that generates a 1-page interview prep checklist.</w:t>
      </w:r>
    </w:p>
    <w:p>
      <w:pPr>
        <w:pStyle w:val="ListNumber"/>
        <w:keepLines/>
      </w:pPr>
      <w:r>
        <w:t>Create a prompt that crafts 3 different versions of an answer to “Why do you want this job?”</w:t>
      </w:r>
    </w:p>
    <w:p>
      <w:pPr>
        <w:pStyle w:val="ListNumber"/>
        <w:keepLines/>
      </w:pPr>
      <w:r>
        <w:t>Write a prompt that generates STAR method responses for “Describe a difficult situation.”</w:t>
      </w:r>
    </w:p>
    <w:p>
      <w:pPr>
        <w:pStyle w:val="ListNumber"/>
        <w:keepLines/>
      </w:pPr>
      <w:r>
        <w:t>Build a prompt that lists 5 ways to answer “Where do you see yourself in 5 years?”</w:t>
      </w:r>
    </w:p>
    <w:p>
      <w:pPr>
        <w:pStyle w:val="ListNumber"/>
        <w:keepLines/>
      </w:pPr>
      <w:r>
        <w:t>Develop a prompt that creates 3 angles to answer “Why should we hire you?”</w:t>
      </w:r>
    </w:p>
    <w:p>
      <w:pPr>
        <w:pStyle w:val="ListNumber"/>
        <w:keepLines/>
      </w:pPr>
      <w:r>
        <w:t>Make a prompt that builds examples for handling “Tell me about a time you failed.”</w:t>
      </w:r>
    </w:p>
    <w:p>
      <w:pPr>
        <w:pStyle w:val="ListNumber"/>
        <w:keepLines/>
      </w:pPr>
      <w:r>
        <w:t>Create a prompt that suggests strong ways to explain a gap in employment.</w:t>
      </w:r>
    </w:p>
    <w:p>
      <w:pPr>
        <w:pStyle w:val="ListNumber"/>
        <w:keepLines/>
      </w:pPr>
      <w:r>
        <w:t>Write a prompt that builds answers for handling “What are your salary expectations?”</w:t>
      </w:r>
    </w:p>
    <w:p>
      <w:pPr>
        <w:pStyle w:val="ListNumber"/>
        <w:keepLines/>
      </w:pPr>
      <w:r>
        <w:t>Build a prompt that outlines how to answer “How do you handle conflict at work?”</w:t>
      </w:r>
    </w:p>
    <w:p>
      <w:pPr>
        <w:pStyle w:val="ListNumber"/>
        <w:keepLines/>
      </w:pPr>
      <w:r>
        <w:t>Develop a prompt that generates confident responses to “Why are you leaving your current job?”</w:t>
      </w:r>
    </w:p>
    <w:p>
      <w:pPr>
        <w:pStyle w:val="ListNumber"/>
        <w:keepLines/>
      </w:pPr>
      <w:r>
        <w:t>Make a prompt that simulates answering “What motivates you?”</w:t>
      </w:r>
    </w:p>
    <w:p>
      <w:pPr>
        <w:pStyle w:val="ListNumber"/>
        <w:keepLines/>
      </w:pPr>
      <w:r>
        <w:t>Create a prompt that simulates a technical interview scenario.</w:t>
      </w:r>
    </w:p>
    <w:p>
      <w:pPr>
        <w:pStyle w:val="ListNumber"/>
        <w:keepLines/>
      </w:pPr>
      <w:r>
        <w:t>Write a prompt that builds mock interview questions for a marketing role.</w:t>
      </w:r>
    </w:p>
    <w:p>
      <w:pPr>
        <w:pStyle w:val="ListNumber"/>
        <w:keepLines/>
      </w:pPr>
      <w:r>
        <w:t>Build a prompt that generates interview questions for remote work jobs.</w:t>
      </w:r>
    </w:p>
    <w:p>
      <w:pPr>
        <w:pStyle w:val="ListNumber"/>
        <w:keepLines/>
      </w:pPr>
      <w:r>
        <w:t>Develop a prompt that simulates a situational leadership interview question.</w:t>
      </w:r>
    </w:p>
    <w:p>
      <w:pPr>
        <w:pStyle w:val="ListNumber"/>
        <w:keepLines/>
      </w:pPr>
      <w:r>
        <w:t>Make a prompt that builds role-specific questions for a software engineering role.</w:t>
      </w:r>
    </w:p>
    <w:p>
      <w:pPr>
        <w:pStyle w:val="ListNumber"/>
        <w:keepLines/>
      </w:pPr>
      <w:r>
        <w:t>Create a prompt that maps out a full-day interview preparation timeline.</w:t>
      </w:r>
    </w:p>
    <w:p>
      <w:pPr>
        <w:pStyle w:val="ListNumber"/>
        <w:keepLines/>
      </w:pPr>
      <w:r>
        <w:t>Write a prompt that builds a practice round for panel interviews.</w:t>
      </w:r>
    </w:p>
    <w:p>
      <w:pPr>
        <w:pStyle w:val="ListNumber"/>
        <w:keepLines/>
      </w:pPr>
      <w:r>
        <w:t>Build a prompt that generates 3 follow-up questions to ask based on the role.</w:t>
      </w:r>
    </w:p>
    <w:p>
      <w:pPr>
        <w:pStyle w:val="ListNumber"/>
        <w:keepLines/>
      </w:pPr>
      <w:r>
        <w:t>Develop a prompt that creates tough ethical dilemma questions and sample answers.</w:t>
      </w:r>
    </w:p>
    <w:p>
      <w:pPr>
        <w:pStyle w:val="ListNumber"/>
        <w:keepLines/>
      </w:pPr>
      <w:r>
        <w:t>Make a prompt that simulates answering rapid-fire “culture fit” questions.</w:t>
      </w:r>
    </w:p>
    <w:p>
      <w:pPr>
        <w:pStyle w:val="ListNumber"/>
        <w:keepLines/>
      </w:pPr>
      <w:r>
        <w:t>Create a prompt that builds a thank-you email template after interviews.</w:t>
      </w:r>
    </w:p>
    <w:p>
      <w:pPr>
        <w:pStyle w:val="ListNumber"/>
        <w:keepLines/>
      </w:pPr>
      <w:r>
        <w:t>Write a prompt that generates a follow-up email after no response for 1 week.</w:t>
      </w:r>
    </w:p>
    <w:p>
      <w:pPr>
        <w:pStyle w:val="ListNumber"/>
        <w:keepLines/>
      </w:pPr>
      <w:r>
        <w:t>Build a prompt that suggests polite ways to ask for feedback after rejection.</w:t>
      </w:r>
    </w:p>
    <w:p>
      <w:pPr>
        <w:pStyle w:val="ListNumber"/>
        <w:keepLines/>
      </w:pPr>
      <w:r>
        <w:t>Develop a prompt that maps out how to handle multiple offers professionally.</w:t>
      </w:r>
    </w:p>
    <w:p>
      <w:pPr>
        <w:pStyle w:val="ListNumber"/>
        <w:keepLines/>
      </w:pPr>
      <w:r>
        <w:t>Make a prompt that creates a prompt sequence to negotiate a job offer.</w:t>
      </w:r>
    </w:p>
    <w:p>
      <w:pPr>
        <w:pStyle w:val="ListNumber"/>
        <w:keepLines/>
      </w:pPr>
      <w:r>
        <w:t>Create a prompt that suggests LinkedIn posts after completing interviews.</w:t>
      </w:r>
    </w:p>
    <w:p>
      <w:pPr>
        <w:pStyle w:val="ListNumber"/>
        <w:keepLines/>
      </w:pPr>
      <w:r>
        <w:t>Write a prompt that crafts a sample follow-up call script.</w:t>
      </w:r>
    </w:p>
    <w:p>
      <w:pPr>
        <w:pStyle w:val="ListNumber"/>
        <w:keepLines/>
      </w:pPr>
      <w:r>
        <w:t>Build a prompt that generates templates for declining job offers respectfully.</w:t>
      </w:r>
    </w:p>
    <w:p>
      <w:pPr>
        <w:pStyle w:val="ListNumber"/>
        <w:keepLines/>
      </w:pPr>
      <w:r>
        <w:t>Develop a prompt that structures a second interview preparation checklist.</w:t>
      </w:r>
    </w:p>
    <w:p>
      <w:pPr>
        <w:pStyle w:val="ListNumber"/>
        <w:keepLines/>
      </w:pPr>
      <w:r>
        <w:t>Make a prompt that creates a self-reflection exercise after each interview experience.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 &amp; Career Development Coach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