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07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LinkedIn Authority &amp; Personal Brand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Improve your profile, visibility, networking and professional positioning.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30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job seekers, consultants, executives and b2b founders. It brings together the source sections LinkedIn Optimization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writes a professional LinkedIn headline.</w:t>
      </w:r>
    </w:p>
    <w:p>
      <w:pPr>
        <w:pStyle w:val="ListNumber"/>
        <w:keepLines/>
      </w:pPr>
      <w:r>
        <w:t>Write a prompt that builds a strong LinkedIn “About Me” summary.</w:t>
      </w:r>
    </w:p>
    <w:p>
      <w:pPr>
        <w:pStyle w:val="ListNumber"/>
        <w:keepLines/>
      </w:pPr>
      <w:r>
        <w:t>Build a prompt that suggests 5 attention-grabbing profile banner ideas.</w:t>
      </w:r>
    </w:p>
    <w:p>
      <w:pPr>
        <w:pStyle w:val="ListNumber"/>
        <w:keepLines/>
      </w:pPr>
      <w:r>
        <w:t>Develop a prompt that rewrites a LinkedIn profile to match a target job.</w:t>
      </w:r>
    </w:p>
    <w:p>
      <w:pPr>
        <w:pStyle w:val="ListNumber"/>
        <w:keepLines/>
      </w:pPr>
      <w:r>
        <w:t>Make a prompt that optimizes a LinkedIn profile for remote work opportunities.</w:t>
      </w:r>
    </w:p>
    <w:p>
      <w:pPr>
        <w:pStyle w:val="ListNumber"/>
        <w:keepLines/>
      </w:pPr>
      <w:r>
        <w:t>Create a prompt that generates a keyword-optimized LinkedIn bio.</w:t>
      </w:r>
    </w:p>
    <w:p>
      <w:pPr>
        <w:pStyle w:val="ListNumber"/>
        <w:keepLines/>
      </w:pPr>
      <w:r>
        <w:t>Write a prompt that builds a LinkedIn intro message for profile visitors.</w:t>
      </w:r>
    </w:p>
    <w:p>
      <w:pPr>
        <w:pStyle w:val="ListNumber"/>
        <w:keepLines/>
      </w:pPr>
      <w:r>
        <w:t>Build a prompt that audits a LinkedIn profile for common mistakes.</w:t>
      </w:r>
    </w:p>
    <w:p>
      <w:pPr>
        <w:pStyle w:val="ListNumber"/>
        <w:keepLines/>
      </w:pPr>
      <w:r>
        <w:t>Develop a prompt that structures a skills section to stand out.</w:t>
      </w:r>
    </w:p>
    <w:p>
      <w:pPr>
        <w:pStyle w:val="ListNumber"/>
        <w:keepLines/>
      </w:pPr>
      <w:r>
        <w:t>Make a prompt that suggests ways to highlight certifications and awards.</w:t>
      </w:r>
    </w:p>
    <w:p>
      <w:pPr>
        <w:pStyle w:val="ListNumber"/>
        <w:keepLines/>
      </w:pPr>
      <w:r>
        <w:t>Create a prompt that builds a cold LinkedIn connection message.</w:t>
      </w:r>
    </w:p>
    <w:p>
      <w:pPr>
        <w:pStyle w:val="ListNumber"/>
        <w:keepLines/>
      </w:pPr>
      <w:r>
        <w:t>Write a prompt that drafts a personalized follow-up message after connecting.</w:t>
      </w:r>
    </w:p>
    <w:p>
      <w:pPr>
        <w:pStyle w:val="ListNumber"/>
        <w:keepLines/>
      </w:pPr>
      <w:r>
        <w:t>Build a prompt that outlines a simple 7-day LinkedIn networking plan.</w:t>
      </w:r>
    </w:p>
    <w:p>
      <w:pPr>
        <w:pStyle w:val="ListNumber"/>
        <w:keepLines/>
      </w:pPr>
      <w:r>
        <w:t>Develop a prompt that creates an outreach message to potential mentors.</w:t>
      </w:r>
    </w:p>
    <w:p>
      <w:pPr>
        <w:pStyle w:val="ListNumber"/>
        <w:keepLines/>
      </w:pPr>
      <w:r>
        <w:t>Make a prompt that generates a collaboration invite message.</w:t>
      </w:r>
    </w:p>
    <w:p>
      <w:pPr>
        <w:pStyle w:val="ListNumber"/>
        <w:keepLines/>
      </w:pPr>
      <w:r>
        <w:t>Create a prompt that suggests how to politely ask for informational interviews.</w:t>
      </w:r>
    </w:p>
    <w:p>
      <w:pPr>
        <w:pStyle w:val="ListNumber"/>
        <w:keepLines/>
      </w:pPr>
      <w:r>
        <w:t>Write a prompt that designs a thank-you message after a LinkedIn meeting.</w:t>
      </w:r>
    </w:p>
    <w:p>
      <w:pPr>
        <w:pStyle w:val="ListNumber"/>
        <w:keepLines/>
      </w:pPr>
      <w:r>
        <w:t>Build a prompt that generates a post to announce you’re open to new opportunities.</w:t>
      </w:r>
    </w:p>
    <w:p>
      <w:pPr>
        <w:pStyle w:val="ListNumber"/>
        <w:keepLines/>
      </w:pPr>
      <w:r>
        <w:t>Develop a prompt that creates an event invite message for LinkedIn Live sessions.</w:t>
      </w:r>
    </w:p>
    <w:p>
      <w:pPr>
        <w:pStyle w:val="ListNumber"/>
        <w:keepLines/>
      </w:pPr>
      <w:r>
        <w:t>Make a prompt that builds an inbound interest script (for recruiters who reach out).</w:t>
      </w:r>
    </w:p>
    <w:p>
      <w:pPr>
        <w:pStyle w:val="ListNumber"/>
        <w:keepLines/>
      </w:pPr>
      <w:r>
        <w:t>Create a prompt that generates 10 LinkedIn post ideas to boost visibility.</w:t>
      </w:r>
    </w:p>
    <w:p>
      <w:pPr>
        <w:pStyle w:val="ListNumber"/>
        <w:keepLines/>
      </w:pPr>
      <w:r>
        <w:t>Write a prompt that builds a personal brand content strategy for LinkedIn.</w:t>
      </w:r>
    </w:p>
    <w:p>
      <w:pPr>
        <w:pStyle w:val="ListNumber"/>
        <w:keepLines/>
      </w:pPr>
      <w:r>
        <w:t>Build a prompt that suggests how to write a value-driven LinkedIn article.</w:t>
      </w:r>
    </w:p>
    <w:p>
      <w:pPr>
        <w:pStyle w:val="ListNumber"/>
        <w:keepLines/>
      </w:pPr>
      <w:r>
        <w:t>Develop a prompt that creates a 30-day LinkedIn posting calendar.</w:t>
      </w:r>
    </w:p>
    <w:p>
      <w:pPr>
        <w:pStyle w:val="ListNumber"/>
        <w:keepLines/>
      </w:pPr>
      <w:r>
        <w:t>Make a prompt that outlines how to structure LinkedIn comment engagement daily.</w:t>
      </w:r>
    </w:p>
    <w:p>
      <w:pPr>
        <w:pStyle w:val="ListNumber"/>
        <w:keepLines/>
      </w:pPr>
      <w:r>
        <w:t>Create a prompt that builds a LinkedIn poll idea to increase profile views.</w:t>
      </w:r>
    </w:p>
    <w:p>
      <w:pPr>
        <w:pStyle w:val="ListNumber"/>
        <w:keepLines/>
      </w:pPr>
      <w:r>
        <w:t>Write a prompt that maps out a plan to join and leverage LinkedIn Groups.</w:t>
      </w:r>
    </w:p>
    <w:p>
      <w:pPr>
        <w:pStyle w:val="ListNumber"/>
        <w:keepLines/>
      </w:pPr>
      <w:r>
        <w:t>Build a prompt that generates a LinkedIn challenge to boost profile engagement.</w:t>
      </w:r>
    </w:p>
    <w:p>
      <w:pPr>
        <w:pStyle w:val="ListNumber"/>
        <w:keepLines/>
      </w:pPr>
      <w:r>
        <w:t>Develop a prompt that creates a professional announcement post (new job, promotion, etc.).</w:t>
      </w:r>
    </w:p>
    <w:p>
      <w:pPr>
        <w:pStyle w:val="ListNumber"/>
        <w:keepLines/>
      </w:pPr>
      <w:r>
        <w:t>Make a prompt that structures a storytelling post about career journey or lessons learned.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LinkedIn Authority &amp; Personal Brand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