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900" w:after="300"/>
        <w:jc w:val="center"/>
      </w:pPr>
      <w:r>
        <w:rPr>
          <w:rFonts w:ascii="Aptos" w:hAnsi="Aptos"/>
          <w:b/>
          <w:color w:val="DA9D39"/>
          <w:sz w:val="20"/>
        </w:rPr>
        <w:t>FREE AI PROMPT PACK  06</w:t>
      </w:r>
    </w:p>
    <w:p>
      <w:pPr>
        <w:pStyle w:val="Title"/>
        <w:keepNext/>
        <w:jc w:val="center"/>
      </w:pPr>
      <w:r>
        <w:rPr>
          <w:rFonts w:ascii="Aptos Display" w:hAnsi="Aptos Display"/>
          <w:b/>
          <w:color w:val="12304A"/>
          <w:sz w:val="60"/>
        </w:rPr>
        <w:t>Resume, CV &amp; Job Search Accelerator</w:t>
      </w:r>
    </w:p>
    <w:p>
      <w:pPr>
        <w:pStyle w:val="Subtitle"/>
        <w:jc w:val="center"/>
      </w:pPr>
      <w:r>
        <w:rPr>
          <w:rFonts w:ascii="Aptos" w:hAnsi="Aptos"/>
          <w:b w:val="0"/>
          <w:color w:val="12858E"/>
          <w:sz w:val="28"/>
        </w:rPr>
        <w:t>Create stronger application materials tailored to specific roles.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4464"/>
            <w:shd w:fill="EAF4F5"/>
            <w:tcMar>
              <w:top w:w="180" w:type="dxa"/>
              <w:start w:w="180" w:type="dxa"/>
              <w:bottom w:w="180" w:type="dxa"/>
              <w:end w:w="180" w:type="dxa"/>
            </w:tcMar>
          </w:tcPr>
          <w:p>
            <w:pPr>
              <w:spacing w:after="0"/>
              <w:jc w:val="center"/>
            </w:pPr>
            <w:r>
              <w:rPr>
                <w:rFonts w:ascii="Aptos" w:hAnsi="Aptos"/>
                <w:b/>
                <w:color w:val="12858E"/>
                <w:sz w:val="46"/>
              </w:rPr>
              <w:t>30</w:t>
            </w:r>
            <w:r>
              <w:rPr>
                <w:rFonts w:ascii="Aptos" w:hAnsi="Aptos"/>
                <w:b/>
                <w:color w:val="536370"/>
                <w:sz w:val="18"/>
              </w:rPr>
              <w:br/>
              <w:t>source prompts included</w:t>
            </w:r>
          </w:p>
        </w:tc>
      </w:tr>
    </w:tbl>
    <w:p>
      <w:pPr>
        <w:spacing w:before="560"/>
        <w:jc w:val="center"/>
      </w:pPr>
      <w:r>
        <w:rPr>
          <w:rFonts w:ascii="Aptos" w:hAnsi="Aptos"/>
          <w:b w:val="0"/>
          <w:color w:val="536370"/>
          <w:sz w:val="22"/>
        </w:rPr>
        <w:t>Build smarter. Create faster. Live better.</w:t>
      </w:r>
    </w:p>
    <w:p>
      <w:pPr>
        <w:spacing w:before="2100"/>
        <w:jc w:val="center"/>
      </w:pPr>
      <w:r>
        <w:rPr>
          <w:rFonts w:ascii="Aptos" w:hAnsi="Aptos"/>
          <w:b/>
          <w:color w:val="12304A"/>
          <w:sz w:val="20"/>
        </w:rPr>
        <w:t>CHARLES NEWBURY</w:t>
      </w:r>
      <w:r>
        <w:rPr>
          <w:rFonts w:ascii="Aptos" w:hAnsi="Aptos"/>
          <w:b w:val="0"/>
          <w:color w:val="12858E"/>
          <w:sz w:val="18"/>
        </w:rPr>
        <w:br/>
        <w:t>www.charlesnewbury.com</w:t>
      </w:r>
    </w:p>
    <w:p>
      <w:r>
        <w:br w:type="page"/>
      </w:r>
    </w:p>
    <w:p>
      <w:pPr>
        <w:pStyle w:val="Heading1"/>
      </w:pPr>
      <w:r>
        <w:t>Start here</w:t>
      </w:r>
    </w:p>
    <w:p>
      <w:r>
        <w:t>This pack is designed for job seekers, graduates, career changers and return-to-work candidates. It brings together the source sections Resume and CV Building in one focused, practical collection.</w:t>
      </w:r>
    </w:p>
    <w:p>
      <w:pPr>
        <w:pStyle w:val="Heading2"/>
      </w:pPr>
      <w:r>
        <w:t>How to use these prompts</w:t>
      </w:r>
    </w:p>
    <w:p>
      <w:pPr>
        <w:pStyle w:val="ListBullet"/>
      </w:pPr>
      <w:r>
        <w:t>Copy one prompt into ChatGPT, Claude, Gemini or another capable AI assistant.</w:t>
      </w:r>
    </w:p>
    <w:p>
      <w:pPr>
        <w:pStyle w:val="ListBullet"/>
      </w:pPr>
      <w:r>
        <w:t>Add context: your goal, audience, constraints, examples, preferred tone and required format.</w:t>
      </w:r>
    </w:p>
    <w:p>
      <w:pPr>
        <w:pStyle w:val="ListBullet"/>
      </w:pPr>
      <w:r>
        <w:t>Review the response for accuracy, relevance and suitability before using it.</w:t>
      </w:r>
    </w:p>
    <w:p>
      <w:pPr>
        <w:pStyle w:val="ListBullet"/>
      </w:pPr>
      <w:r>
        <w:t>Ask follow-up questions or request alternatives until the output fits your situation.</w:t>
      </w:r>
    </w:p>
    <w:p>
      <w:r>
        <w:br w:type="page"/>
      </w:r>
    </w:p>
    <w:p>
      <w:pPr>
        <w:pStyle w:val="Heading1"/>
      </w:pPr>
      <w:r>
        <w:t>The prompts</w:t>
      </w:r>
    </w:p>
    <w:p>
      <w:pPr>
        <w:pStyle w:val="ListNumber"/>
        <w:keepLines/>
      </w:pPr>
      <w:r>
        <w:t>Create a prompt that builds a professional resume for an entry-level job.</w:t>
      </w:r>
    </w:p>
    <w:p>
      <w:pPr>
        <w:pStyle w:val="ListNumber"/>
        <w:keepLines/>
      </w:pPr>
      <w:r>
        <w:t>Write a prompt that rewrites an outdated resume into a modern format.</w:t>
      </w:r>
    </w:p>
    <w:p>
      <w:pPr>
        <w:pStyle w:val="ListNumber"/>
        <w:keepLines/>
      </w:pPr>
      <w:r>
        <w:t>Build a prompt that summarizes work experience into 3 strong bullet points.</w:t>
      </w:r>
    </w:p>
    <w:p>
      <w:pPr>
        <w:pStyle w:val="ListNumber"/>
        <w:keepLines/>
      </w:pPr>
      <w:r>
        <w:t>Develop a prompt that generates a resume objective for a career change.</w:t>
      </w:r>
    </w:p>
    <w:p>
      <w:pPr>
        <w:pStyle w:val="ListNumber"/>
        <w:keepLines/>
      </w:pPr>
      <w:r>
        <w:t>Make a prompt that restructures a resume for remote job applications.</w:t>
      </w:r>
    </w:p>
    <w:p>
      <w:pPr>
        <w:pStyle w:val="ListNumber"/>
        <w:keepLines/>
      </w:pPr>
      <w:r>
        <w:t>Create a prompt that turns project-based experience into a resume format.</w:t>
      </w:r>
    </w:p>
    <w:p>
      <w:pPr>
        <w:pStyle w:val="ListNumber"/>
        <w:keepLines/>
      </w:pPr>
      <w:r>
        <w:t>Write a prompt that builds a one-page resume for a recent college graduate.</w:t>
      </w:r>
    </w:p>
    <w:p>
      <w:pPr>
        <w:pStyle w:val="ListNumber"/>
        <w:keepLines/>
      </w:pPr>
      <w:r>
        <w:t>Generate a prompt that highlights transferable skills across industries.</w:t>
      </w:r>
    </w:p>
    <w:p>
      <w:pPr>
        <w:pStyle w:val="ListNumber"/>
        <w:keepLines/>
      </w:pPr>
      <w:r>
        <w:t>Create a prompt that adds measurable achievements to work history sections.</w:t>
      </w:r>
    </w:p>
    <w:p>
      <w:pPr>
        <w:pStyle w:val="ListNumber"/>
        <w:keepLines/>
      </w:pPr>
      <w:r>
        <w:t>Build a prompt that crafts a resume headline to grab recruiter attention.</w:t>
      </w:r>
    </w:p>
    <w:p>
      <w:pPr>
        <w:pStyle w:val="ListNumber"/>
        <w:keepLines/>
      </w:pPr>
      <w:r>
        <w:t>Create a prompt that tailors a resume to match a specific job description.</w:t>
      </w:r>
    </w:p>
    <w:p>
      <w:pPr>
        <w:pStyle w:val="ListNumber"/>
        <w:keepLines/>
      </w:pPr>
      <w:r>
        <w:t>Write a prompt that builds a resume for tech startups.</w:t>
      </w:r>
    </w:p>
    <w:p>
      <w:pPr>
        <w:pStyle w:val="ListNumber"/>
        <w:keepLines/>
      </w:pPr>
      <w:r>
        <w:t>Build a prompt that generates a resume designed for corporate jobs.</w:t>
      </w:r>
    </w:p>
    <w:p>
      <w:pPr>
        <w:pStyle w:val="ListNumber"/>
        <w:keepLines/>
      </w:pPr>
      <w:r>
        <w:t>Develop a prompt that writes a creative resume for marketing roles.</w:t>
      </w:r>
    </w:p>
    <w:p>
      <w:pPr>
        <w:pStyle w:val="ListNumber"/>
        <w:keepLines/>
      </w:pPr>
      <w:r>
        <w:t>Make a prompt that formats a resume for applying to government jobs.</w:t>
      </w:r>
    </w:p>
    <w:p>
      <w:pPr>
        <w:pStyle w:val="ListNumber"/>
        <w:keepLines/>
      </w:pPr>
      <w:r>
        <w:t>Create a prompt that writes a functional (skills-first) resume structure.</w:t>
      </w:r>
    </w:p>
    <w:p>
      <w:pPr>
        <w:pStyle w:val="ListNumber"/>
        <w:keepLines/>
      </w:pPr>
      <w:r>
        <w:t>Write a prompt that generates a resume showcasing freelance projects.</w:t>
      </w:r>
    </w:p>
    <w:p>
      <w:pPr>
        <w:pStyle w:val="ListNumber"/>
        <w:keepLines/>
      </w:pPr>
      <w:r>
        <w:t>Build a prompt that designs a resume focusing on leadership experience.</w:t>
      </w:r>
    </w:p>
    <w:p>
      <w:pPr>
        <w:pStyle w:val="ListNumber"/>
        <w:keepLines/>
      </w:pPr>
      <w:r>
        <w:t>Develop a prompt that simplifies a resume for an international job search.</w:t>
      </w:r>
    </w:p>
    <w:p>
      <w:pPr>
        <w:pStyle w:val="ListNumber"/>
        <w:keepLines/>
      </w:pPr>
      <w:r>
        <w:t>Make a prompt that creates a resume emphasizing soft skills.</w:t>
      </w:r>
    </w:p>
    <w:p>
      <w:pPr>
        <w:pStyle w:val="ListNumber"/>
        <w:keepLines/>
      </w:pPr>
      <w:r>
        <w:t>Create a prompt that optimizes a resume for Applicant Tracking Systems (ATS).</w:t>
      </w:r>
    </w:p>
    <w:p>
      <w:pPr>
        <w:pStyle w:val="ListNumber"/>
        <w:keepLines/>
      </w:pPr>
      <w:r>
        <w:t>Write a prompt that builds a two-column resume layout.</w:t>
      </w:r>
    </w:p>
    <w:p>
      <w:pPr>
        <w:pStyle w:val="ListNumber"/>
        <w:keepLines/>
      </w:pPr>
      <w:r>
        <w:t>Build a prompt that suggests power verbs to strengthen resume writing.</w:t>
      </w:r>
    </w:p>
    <w:p>
      <w:pPr>
        <w:pStyle w:val="ListNumber"/>
        <w:keepLines/>
      </w:pPr>
      <w:r>
        <w:t>Develop a prompt that generates a custom professional summary paragraph.</w:t>
      </w:r>
    </w:p>
    <w:p>
      <w:pPr>
        <w:pStyle w:val="ListNumber"/>
        <w:keepLines/>
      </w:pPr>
      <w:r>
        <w:t>Make a prompt that creates an “Achievements” section instead of “Duties.”</w:t>
      </w:r>
    </w:p>
    <w:p>
      <w:pPr>
        <w:pStyle w:val="ListNumber"/>
        <w:keepLines/>
      </w:pPr>
      <w:r>
        <w:t>Create a prompt that reduces resume content without losing important points.</w:t>
      </w:r>
    </w:p>
    <w:p>
      <w:pPr>
        <w:pStyle w:val="ListNumber"/>
        <w:keepLines/>
      </w:pPr>
      <w:r>
        <w:t>Write a prompt that checks for repetitive words and suggests alternatives.</w:t>
      </w:r>
    </w:p>
    <w:p>
      <w:pPr>
        <w:pStyle w:val="ListNumber"/>
        <w:keepLines/>
      </w:pPr>
      <w:r>
        <w:t>Build a prompt that rewrites resume sections in a more confident tone.</w:t>
      </w:r>
    </w:p>
    <w:p>
      <w:pPr>
        <w:pStyle w:val="ListNumber"/>
        <w:keepLines/>
      </w:pPr>
      <w:r>
        <w:t>Develop a prompt that adds keywords from a job listing naturally into a resume.</w:t>
      </w:r>
    </w:p>
    <w:p>
      <w:pPr>
        <w:pStyle w:val="ListNumber"/>
        <w:keepLines/>
      </w:pPr>
      <w:r>
        <w:t>Make a prompt that designs a minimalist resume template for modern roles.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ptos" w:hAnsi="Aptos"/>
        <w:b w:val="0"/>
        <w:color w:val="536370"/>
        <w:sz w:val="16"/>
      </w:rPr>
      <w:t xml:space="preserve">Page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ptos" w:hAnsi="Aptos"/>
        <w:b/>
        <w:color w:val="12858E"/>
        <w:sz w:val="16"/>
      </w:rPr>
      <w:t>CHARLESNEWBURY.COM  |  FREE AI PROMPT PACK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2304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12304A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12858E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12304A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color w:val="12304A"/>
      <w:spacing w:val="5"/>
      <w:kern w:val="28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320"/>
    </w:pPr>
    <w:rPr>
      <w:rFonts w:asciiTheme="majorHAnsi" w:eastAsiaTheme="majorEastAsia" w:hAnsiTheme="majorHAnsi" w:cstheme="majorBidi" w:ascii="Calibri" w:hAnsi="Calibri"/>
      <w:b w:val="0"/>
      <w:i/>
      <w:iCs/>
      <w:color w:val="12858E"/>
      <w:spacing w:val="15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ind w:left="540" w:hanging="271"/>
      <w:contextualSpacing/>
    </w:pPr>
    <w:rPr>
      <w:rFonts w:ascii="Calibri" w:hAnsi="Calibri"/>
      <w:color w:val="12304A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ind w:left="540" w:hanging="271"/>
      <w:contextualSpacing/>
    </w:pPr>
    <w:rPr>
      <w:rFonts w:ascii="Calibri" w:hAnsi="Calibri"/>
      <w:color w:val="12304A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Resume, CV &amp; Job Search Accelerator</dc:title>
  <dc:subject>Free AI prompt pack</dc:subject>
  <dc:creator>Charles Newbury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