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05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Customer Acquisition &amp; Retention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Attract the right customers, improve conversion and strengthen loyalty.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50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founders, sales teams, agencies and service businesses. It brings together the source sections Customer Acquisition and Retention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ListNumber"/>
        <w:keepLines/>
      </w:pPr>
      <w:r>
        <w:t>Create a prompt that lists 5 ways to get your first 100 customers.</w:t>
      </w:r>
    </w:p>
    <w:p>
      <w:pPr>
        <w:pStyle w:val="ListNumber"/>
        <w:keepLines/>
      </w:pPr>
      <w:r>
        <w:t>Write a prompt that generates cold outreach scripts for service businesses.</w:t>
      </w:r>
    </w:p>
    <w:p>
      <w:pPr>
        <w:pStyle w:val="ListNumber"/>
        <w:keepLines/>
      </w:pPr>
      <w:r>
        <w:t>Build a prompt that creates an opt-in offer for an email list.</w:t>
      </w:r>
    </w:p>
    <w:p>
      <w:pPr>
        <w:pStyle w:val="ListNumber"/>
        <w:keepLines/>
      </w:pPr>
      <w:r>
        <w:t>Develop a prompt that suggests social media strategies for gaining first customers.</w:t>
      </w:r>
    </w:p>
    <w:p>
      <w:pPr>
        <w:pStyle w:val="ListNumber"/>
        <w:keepLines/>
      </w:pPr>
      <w:r>
        <w:t>Make a prompt that generates 10 lead magnet ideas.</w:t>
      </w:r>
    </w:p>
    <w:p>
      <w:pPr>
        <w:pStyle w:val="ListNumber"/>
        <w:keepLines/>
      </w:pPr>
      <w:r>
        <w:t>Create a prompt that maps out a 7-day challenge to attract leads.</w:t>
      </w:r>
    </w:p>
    <w:p>
      <w:pPr>
        <w:pStyle w:val="ListNumber"/>
        <w:keepLines/>
      </w:pPr>
      <w:r>
        <w:t>Write a prompt that builds a customer referral plan.</w:t>
      </w:r>
    </w:p>
    <w:p>
      <w:pPr>
        <w:pStyle w:val="ListNumber"/>
        <w:keepLines/>
      </w:pPr>
      <w:r>
        <w:t>Build a prompt that suggests partnerships for quicker customer growth.</w:t>
      </w:r>
    </w:p>
    <w:p>
      <w:pPr>
        <w:pStyle w:val="ListNumber"/>
        <w:keepLines/>
      </w:pPr>
      <w:r>
        <w:t>Develop a prompt that designs a free mini-course to collect leads.</w:t>
      </w:r>
    </w:p>
    <w:p>
      <w:pPr>
        <w:pStyle w:val="ListNumber"/>
        <w:keepLines/>
      </w:pPr>
      <w:r>
        <w:t>Make a prompt that creates a local event marketing plan.</w:t>
      </w:r>
    </w:p>
    <w:p>
      <w:pPr>
        <w:pStyle w:val="ListNumber"/>
        <w:keepLines/>
      </w:pPr>
      <w:r>
        <w:t>Create a prompt that outlines a 5-email welcome series.</w:t>
      </w:r>
    </w:p>
    <w:p>
      <w:pPr>
        <w:pStyle w:val="ListNumber"/>
        <w:keepLines/>
      </w:pPr>
      <w:r>
        <w:t>Write a prompt that develops a 3-month customer nurture sequence.</w:t>
      </w:r>
    </w:p>
    <w:p>
      <w:pPr>
        <w:pStyle w:val="ListNumber"/>
        <w:keepLines/>
      </w:pPr>
      <w:r>
        <w:t>Build a prompt that generates ideas for follow-up sequences after a freebie.</w:t>
      </w:r>
    </w:p>
    <w:p>
      <w:pPr>
        <w:pStyle w:val="ListNumber"/>
        <w:keepLines/>
      </w:pPr>
      <w:r>
        <w:t>Develop a prompt that suggests touchpoint ideas for leads not ready to buy.</w:t>
      </w:r>
    </w:p>
    <w:p>
      <w:pPr>
        <w:pStyle w:val="ListNumber"/>
        <w:keepLines/>
      </w:pPr>
      <w:r>
        <w:t>Make a prompt that automates check-ins with warm leads.</w:t>
      </w:r>
    </w:p>
    <w:p>
      <w:pPr>
        <w:pStyle w:val="ListNumber"/>
        <w:keepLines/>
      </w:pPr>
      <w:r>
        <w:t>Create a prompt that builds re-engagement emails for cold audiences.</w:t>
      </w:r>
    </w:p>
    <w:p>
      <w:pPr>
        <w:pStyle w:val="ListNumber"/>
        <w:keepLines/>
      </w:pPr>
      <w:r>
        <w:t>Write a prompt that outlines personalized video message strategies for leads.</w:t>
      </w:r>
    </w:p>
    <w:p>
      <w:pPr>
        <w:pStyle w:val="ListNumber"/>
        <w:keepLines/>
      </w:pPr>
      <w:r>
        <w:t>Build a prompt that maps out a webinar funnel for customer conversion.</w:t>
      </w:r>
    </w:p>
    <w:p>
      <w:pPr>
        <w:pStyle w:val="ListNumber"/>
        <w:keepLines/>
      </w:pPr>
      <w:r>
        <w:t>Develop a prompt that suggests blog post ideas that nurture leads.</w:t>
      </w:r>
    </w:p>
    <w:p>
      <w:pPr>
        <w:pStyle w:val="ListNumber"/>
        <w:keepLines/>
      </w:pPr>
      <w:r>
        <w:t>Make a prompt that creates an educational onboarding series.</w:t>
      </w:r>
    </w:p>
    <w:p>
      <w:pPr>
        <w:pStyle w:val="ListNumber"/>
        <w:keepLines/>
      </w:pPr>
      <w:r>
        <w:t>Create a prompt that generates split-testing ideas for landing pages.</w:t>
      </w:r>
    </w:p>
    <w:p>
      <w:pPr>
        <w:pStyle w:val="ListNumber"/>
        <w:keepLines/>
      </w:pPr>
      <w:r>
        <w:t>Write a prompt that builds checkout page copy designed to boost conversions.</w:t>
      </w:r>
    </w:p>
    <w:p>
      <w:pPr>
        <w:pStyle w:val="ListNumber"/>
        <w:keepLines/>
      </w:pPr>
      <w:r>
        <w:t>Build a prompt that maps out a limited-time offer funnel.</w:t>
      </w:r>
    </w:p>
    <w:p>
      <w:pPr>
        <w:pStyle w:val="ListNumber"/>
        <w:keepLines/>
      </w:pPr>
      <w:r>
        <w:t>Develop a prompt that suggests scarcity marketing tactics for ethical persuasion.</w:t>
      </w:r>
    </w:p>
    <w:p>
      <w:pPr>
        <w:pStyle w:val="ListNumber"/>
        <w:keepLines/>
      </w:pPr>
      <w:r>
        <w:t>Make a prompt that outlines upsell strategies post-purchase.</w:t>
      </w:r>
    </w:p>
    <w:p>
      <w:pPr>
        <w:pStyle w:val="ListNumber"/>
        <w:keepLines/>
      </w:pPr>
      <w:r>
        <w:t>Create a prompt that develops a 1-click purchase flow.</w:t>
      </w:r>
    </w:p>
    <w:p>
      <w:pPr>
        <w:pStyle w:val="ListNumber"/>
        <w:keepLines/>
      </w:pPr>
      <w:r>
        <w:t>Write a prompt that generates an abandoned cart email sequence.</w:t>
      </w:r>
    </w:p>
    <w:p>
      <w:pPr>
        <w:pStyle w:val="ListNumber"/>
        <w:keepLines/>
      </w:pPr>
      <w:r>
        <w:t>Build a prompt that creates retargeting ad ideas.</w:t>
      </w:r>
    </w:p>
    <w:p>
      <w:pPr>
        <w:pStyle w:val="ListNumber"/>
        <w:keepLines/>
      </w:pPr>
      <w:r>
        <w:t>Develop a prompt that maps exit intent popups to save customers.</w:t>
      </w:r>
    </w:p>
    <w:p>
      <w:pPr>
        <w:pStyle w:val="ListNumber"/>
        <w:keepLines/>
      </w:pPr>
      <w:r>
        <w:t>Make a prompt that designs special offer bundles to raise average order value.</w:t>
      </w:r>
    </w:p>
    <w:p>
      <w:pPr>
        <w:pStyle w:val="ListNumber"/>
        <w:keepLines/>
      </w:pPr>
      <w:r>
        <w:t>Create a prompt that outlines a loyalty rewards program.</w:t>
      </w:r>
    </w:p>
    <w:p>
      <w:pPr>
        <w:pStyle w:val="ListNumber"/>
        <w:keepLines/>
      </w:pPr>
      <w:r>
        <w:t>Write a prompt that builds a customer appreciation email template.</w:t>
      </w:r>
    </w:p>
    <w:p>
      <w:pPr>
        <w:pStyle w:val="ListNumber"/>
        <w:keepLines/>
      </w:pPr>
      <w:r>
        <w:t>Build a prompt that suggests anniversary rewards for returning customers.</w:t>
      </w:r>
    </w:p>
    <w:p>
      <w:pPr>
        <w:pStyle w:val="ListNumber"/>
        <w:keepLines/>
      </w:pPr>
      <w:r>
        <w:t>Develop a prompt that creates quarterly check-ins for customers.</w:t>
      </w:r>
    </w:p>
    <w:p>
      <w:pPr>
        <w:pStyle w:val="ListNumber"/>
        <w:keepLines/>
      </w:pPr>
      <w:r>
        <w:t>Make a prompt that maps out a subscription renewal incentives plan.</w:t>
      </w:r>
    </w:p>
    <w:p>
      <w:pPr>
        <w:pStyle w:val="ListNumber"/>
        <w:keepLines/>
      </w:pPr>
      <w:r>
        <w:t>Create a prompt that designs a surprise-and-delight strategy for VIP customers.</w:t>
      </w:r>
    </w:p>
    <w:p>
      <w:pPr>
        <w:pStyle w:val="ListNumber"/>
        <w:keepLines/>
      </w:pPr>
      <w:r>
        <w:t>Write a prompt that generates ideas for exclusive customer-only events.</w:t>
      </w:r>
    </w:p>
    <w:p>
      <w:pPr>
        <w:pStyle w:val="ListNumber"/>
        <w:keepLines/>
      </w:pPr>
      <w:r>
        <w:t>Build a prompt that creates a feedback survey automation.</w:t>
      </w:r>
    </w:p>
    <w:p>
      <w:pPr>
        <w:pStyle w:val="ListNumber"/>
        <w:keepLines/>
      </w:pPr>
      <w:r>
        <w:t>Develop a prompt that suggests personalized thank-you gift ideas.</w:t>
      </w:r>
    </w:p>
    <w:p>
      <w:pPr>
        <w:pStyle w:val="ListNumber"/>
        <w:keepLines/>
      </w:pPr>
      <w:r>
        <w:t>Make a prompt that builds a win-back campaign for lost customers.</w:t>
      </w:r>
    </w:p>
    <w:p>
      <w:pPr>
        <w:pStyle w:val="ListNumber"/>
        <w:keepLines/>
      </w:pPr>
      <w:r>
        <w:t>Create a prompt that maps out a private Facebook group for customers.</w:t>
      </w:r>
    </w:p>
    <w:p>
      <w:pPr>
        <w:pStyle w:val="ListNumber"/>
        <w:keepLines/>
      </w:pPr>
      <w:r>
        <w:t>Write a prompt that builds a Discord server onboarding system for community building.</w:t>
      </w:r>
    </w:p>
    <w:p>
      <w:pPr>
        <w:pStyle w:val="ListNumber"/>
        <w:keepLines/>
      </w:pPr>
      <w:r>
        <w:t>Build a prompt that suggests gamification ideas to keep customers engaged.</w:t>
      </w:r>
    </w:p>
    <w:p>
      <w:pPr>
        <w:pStyle w:val="ListNumber"/>
        <w:keepLines/>
      </w:pPr>
      <w:r>
        <w:t>Develop a prompt that designs a customer-generated content campaign.</w:t>
      </w:r>
    </w:p>
    <w:p>
      <w:pPr>
        <w:pStyle w:val="ListNumber"/>
        <w:keepLines/>
      </w:pPr>
      <w:r>
        <w:t>Make a prompt that creates an ambassador program application process.</w:t>
      </w:r>
    </w:p>
    <w:p>
      <w:pPr>
        <w:pStyle w:val="ListNumber"/>
        <w:keepLines/>
      </w:pPr>
      <w:r>
        <w:t>Create a prompt that generates incentives for customers to post testimonials.</w:t>
      </w:r>
    </w:p>
    <w:p>
      <w:pPr>
        <w:pStyle w:val="ListNumber"/>
        <w:keepLines/>
      </w:pPr>
      <w:r>
        <w:t>Write a prompt that suggests ways to celebrate customer milestones.</w:t>
      </w:r>
    </w:p>
    <w:p>
      <w:pPr>
        <w:pStyle w:val="ListNumber"/>
        <w:keepLines/>
      </w:pPr>
      <w:r>
        <w:t>Build a prompt that maps out a collaborative co-creation project with loyal customers.</w:t>
      </w:r>
    </w:p>
    <w:p>
      <w:pPr>
        <w:pStyle w:val="ListNumber"/>
        <w:keepLines/>
      </w:pPr>
      <w:r>
        <w:t>Develop a prompt that creates monthly live Q&amp;A sessions for customer loyalty.</w:t>
      </w:r>
    </w:p>
    <w:p>
      <w:pPr>
        <w:pStyle w:val="ListNumber"/>
        <w:keepLines/>
      </w:pPr>
      <w:r>
        <w:t>Make a prompt that builds a system for turning top customers into brand advocates.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Acquisition &amp; Retention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