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04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Marketing Strategy &amp; Brand Growth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Plan campaigns, sharpen positioning and build a more memorable brand.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small-business owners, marketers and consultants. It brings together the source sections Marketing and Branding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30-day marketing plan template for a product launch.</w:t>
      </w:r>
    </w:p>
    <w:p>
      <w:pPr>
        <w:pStyle w:val="ListNumber"/>
        <w:keepLines/>
      </w:pPr>
      <w:r>
        <w:t>Build a viral referral marketing campaign structure.</w:t>
      </w:r>
    </w:p>
    <w:p>
      <w:pPr>
        <w:pStyle w:val="ListNumber"/>
        <w:keepLines/>
      </w:pPr>
      <w:r>
        <w:t>Design a marketing plan with a $100 starting budget.</w:t>
      </w:r>
    </w:p>
    <w:p>
      <w:pPr>
        <w:pStyle w:val="ListNumber"/>
        <w:keepLines/>
      </w:pPr>
      <w:r>
        <w:t>Map out a community-building marketing strategy for a personal brand.</w:t>
      </w:r>
    </w:p>
    <w:p>
      <w:pPr>
        <w:pStyle w:val="ListNumber"/>
        <w:keepLines/>
      </w:pPr>
      <w:r>
        <w:t>Develop a list of 5 guerrilla marketing tactics for local businesses.</w:t>
      </w:r>
    </w:p>
    <w:p>
      <w:pPr>
        <w:pStyle w:val="ListNumber"/>
        <w:keepLines/>
      </w:pPr>
      <w:r>
        <w:t>Generate ideas for scarcity-driven marketing campaigns.</w:t>
      </w:r>
    </w:p>
    <w:p>
      <w:pPr>
        <w:pStyle w:val="ListNumber"/>
        <w:keepLines/>
      </w:pPr>
      <w:r>
        <w:t>Build a full pre-launch content teaser campaign.</w:t>
      </w:r>
    </w:p>
    <w:p>
      <w:pPr>
        <w:pStyle w:val="ListNumber"/>
        <w:keepLines/>
      </w:pPr>
      <w:r>
        <w:t>Create a growth marketing playbook for service-based businesses.</w:t>
      </w:r>
    </w:p>
    <w:p>
      <w:pPr>
        <w:pStyle w:val="ListNumber"/>
        <w:keepLines/>
      </w:pPr>
      <w:r>
        <w:t>Outline a 5-step marketing funnel for a coaching program.</w:t>
      </w:r>
    </w:p>
    <w:p>
      <w:pPr>
        <w:pStyle w:val="ListNumber"/>
        <w:keepLines/>
      </w:pPr>
      <w:r>
        <w:t>Design a campaign to collect 500+ emails in 30 days.</w:t>
      </w:r>
    </w:p>
    <w:p>
      <w:pPr>
        <w:pStyle w:val="ListNumber"/>
        <w:keepLines/>
      </w:pPr>
      <w:r>
        <w:t>Create a 90-day blog content calendar for an ecommerce brand.</w:t>
      </w:r>
    </w:p>
    <w:p>
      <w:pPr>
        <w:pStyle w:val="ListNumber"/>
        <w:keepLines/>
      </w:pPr>
      <w:r>
        <w:t>Write a prompt that generates daily Instagram content ideas for brands.</w:t>
      </w:r>
    </w:p>
    <w:p>
      <w:pPr>
        <w:pStyle w:val="ListNumber"/>
        <w:keepLines/>
      </w:pPr>
      <w:r>
        <w:t>Build a TikTok content strategy to grow followers fast.</w:t>
      </w:r>
    </w:p>
    <w:p>
      <w:pPr>
        <w:pStyle w:val="ListNumber"/>
        <w:keepLines/>
      </w:pPr>
      <w:r>
        <w:t>Generate a podcast launch marketing plan.</w:t>
      </w:r>
    </w:p>
    <w:p>
      <w:pPr>
        <w:pStyle w:val="ListNumber"/>
        <w:keepLines/>
      </w:pPr>
      <w:r>
        <w:t>Map out a YouTube SEO strategy for organic growth.</w:t>
      </w:r>
    </w:p>
    <w:p>
      <w:pPr>
        <w:pStyle w:val="ListNumber"/>
        <w:keepLines/>
      </w:pPr>
      <w:r>
        <w:t>Create a carousel post campaign to build LinkedIn engagement.</w:t>
      </w:r>
    </w:p>
    <w:p>
      <w:pPr>
        <w:pStyle w:val="ListNumber"/>
        <w:keepLines/>
      </w:pPr>
      <w:r>
        <w:t>Develop 7 types of educational content for email marketing.</w:t>
      </w:r>
    </w:p>
    <w:p>
      <w:pPr>
        <w:pStyle w:val="ListNumber"/>
        <w:keepLines/>
      </w:pPr>
      <w:r>
        <w:t>Create a Twitter thread sequence to promote a product.</w:t>
      </w:r>
    </w:p>
    <w:p>
      <w:pPr>
        <w:pStyle w:val="ListNumber"/>
        <w:keepLines/>
      </w:pPr>
      <w:r>
        <w:t>Build a full content repurposing workflow for a solopreneur.</w:t>
      </w:r>
    </w:p>
    <w:p>
      <w:pPr>
        <w:pStyle w:val="ListNumber"/>
        <w:keepLines/>
      </w:pPr>
      <w:r>
        <w:t>Write a prompt to generate 10 newsletter topics for brand storytelling.</w:t>
      </w:r>
    </w:p>
    <w:p>
      <w:pPr>
        <w:pStyle w:val="ListNumber"/>
        <w:keepLines/>
      </w:pPr>
      <w:r>
        <w:t>Build a full brand style guide in less than 1 hour.</w:t>
      </w:r>
    </w:p>
    <w:p>
      <w:pPr>
        <w:pStyle w:val="ListNumber"/>
        <w:keepLines/>
      </w:pPr>
      <w:r>
        <w:t>Develop a prompt that generates brand archetype options.</w:t>
      </w:r>
    </w:p>
    <w:p>
      <w:pPr>
        <w:pStyle w:val="ListNumber"/>
        <w:keepLines/>
      </w:pPr>
      <w:r>
        <w:t>Create 3 tagline variations based on brand mission.</w:t>
      </w:r>
    </w:p>
    <w:p>
      <w:pPr>
        <w:pStyle w:val="ListNumber"/>
        <w:keepLines/>
      </w:pPr>
      <w:r>
        <w:t>Generate a brand voice and tone cheat sheet.</w:t>
      </w:r>
    </w:p>
    <w:p>
      <w:pPr>
        <w:pStyle w:val="ListNumber"/>
        <w:keepLines/>
      </w:pPr>
      <w:r>
        <w:t>Design a brand mood board from scratch.</w:t>
      </w:r>
    </w:p>
    <w:p>
      <w:pPr>
        <w:pStyle w:val="ListNumber"/>
        <w:keepLines/>
      </w:pPr>
      <w:r>
        <w:t>Create a prompt that develops brand positioning statements.</w:t>
      </w:r>
    </w:p>
    <w:p>
      <w:pPr>
        <w:pStyle w:val="ListNumber"/>
        <w:keepLines/>
      </w:pPr>
      <w:r>
        <w:t>Write a prompt that crafts a compelling founder’s story.</w:t>
      </w:r>
    </w:p>
    <w:p>
      <w:pPr>
        <w:pStyle w:val="ListNumber"/>
        <w:keepLines/>
      </w:pPr>
      <w:r>
        <w:t>Build a brand manifesto under 150 words.</w:t>
      </w:r>
    </w:p>
    <w:p>
      <w:pPr>
        <w:pStyle w:val="ListNumber"/>
        <w:keepLines/>
      </w:pPr>
      <w:r>
        <w:t>Map out a visual branding system using only two main colors.</w:t>
      </w:r>
    </w:p>
    <w:p>
      <w:pPr>
        <w:pStyle w:val="ListNumber"/>
        <w:keepLines/>
      </w:pPr>
      <w:r>
        <w:t>Generate brand name ideas based on customer emotion triggers. Paid Advertising Strategy</w:t>
      </w:r>
    </w:p>
    <w:p>
      <w:pPr>
        <w:pStyle w:val="ListNumber"/>
        <w:keepLines/>
      </w:pPr>
      <w:r>
        <w:t>Write a prompt that generates Facebook ad headlines.</w:t>
      </w:r>
    </w:p>
    <w:p>
      <w:pPr>
        <w:pStyle w:val="ListNumber"/>
        <w:keepLines/>
      </w:pPr>
      <w:r>
        <w:t>Build a TikTok ad sequence to sell digital products.</w:t>
      </w:r>
    </w:p>
    <w:p>
      <w:pPr>
        <w:pStyle w:val="ListNumber"/>
        <w:keepLines/>
      </w:pPr>
      <w:r>
        <w:t>Create Google Ad copy variations for A/B testing.</w:t>
      </w:r>
    </w:p>
    <w:p>
      <w:pPr>
        <w:pStyle w:val="ListNumber"/>
        <w:keepLines/>
      </w:pPr>
      <w:r>
        <w:t>Develop a retargeting ad campaign outline for ecommerce stores.</w:t>
      </w:r>
    </w:p>
    <w:p>
      <w:pPr>
        <w:pStyle w:val="ListNumber"/>
        <w:keepLines/>
      </w:pPr>
      <w:r>
        <w:t>Map out a UGC (user-generated content) ad campaign for a beauty brand.</w:t>
      </w:r>
    </w:p>
    <w:p>
      <w:pPr>
        <w:pStyle w:val="ListNumber"/>
        <w:keepLines/>
      </w:pPr>
      <w:r>
        <w:t>Write 5 angles for emotional appeal ads.</w:t>
      </w:r>
    </w:p>
    <w:p>
      <w:pPr>
        <w:pStyle w:val="ListNumber"/>
        <w:keepLines/>
      </w:pPr>
      <w:r>
        <w:t>Create an email automation to follow up after seeing an ad.</w:t>
      </w:r>
    </w:p>
    <w:p>
      <w:pPr>
        <w:pStyle w:val="ListNumber"/>
        <w:keepLines/>
      </w:pPr>
      <w:r>
        <w:t>Generate ideas for first-time customer discount ad offers.</w:t>
      </w:r>
    </w:p>
    <w:p>
      <w:pPr>
        <w:pStyle w:val="ListNumber"/>
        <w:keepLines/>
      </w:pPr>
      <w:r>
        <w:t>Build a list of 5 call-to-action ideas for paid ads.</w:t>
      </w:r>
    </w:p>
    <w:p>
      <w:pPr>
        <w:pStyle w:val="ListNumber"/>
        <w:keepLines/>
      </w:pPr>
      <w:r>
        <w:t>Develop 3 Facebook Ad retargeting sequences based on engagement.</w:t>
      </w:r>
    </w:p>
    <w:p>
      <w:pPr>
        <w:pStyle w:val="ListNumber"/>
        <w:keepLines/>
      </w:pPr>
      <w:r>
        <w:t>Build a micro-influencer outreach strategy for startups.</w:t>
      </w:r>
    </w:p>
    <w:p>
      <w:pPr>
        <w:pStyle w:val="ListNumber"/>
        <w:keepLines/>
      </w:pPr>
      <w:r>
        <w:t>Map out a co-branded marketing campaign with another brand.</w:t>
      </w:r>
    </w:p>
    <w:p>
      <w:pPr>
        <w:pStyle w:val="ListNumber"/>
        <w:keepLines/>
      </w:pPr>
      <w:r>
        <w:t>Create a giveaway contest campaign to grow followers fast.</w:t>
      </w:r>
    </w:p>
    <w:p>
      <w:pPr>
        <w:pStyle w:val="ListNumber"/>
        <w:keepLines/>
      </w:pPr>
      <w:r>
        <w:t>Design an affiliate marketing system for digital products.</w:t>
      </w:r>
    </w:p>
    <w:p>
      <w:pPr>
        <w:pStyle w:val="ListNumber"/>
        <w:keepLines/>
      </w:pPr>
      <w:r>
        <w:t>Write a prompt that generates ideas for pre-selling a product before launch.</w:t>
      </w:r>
    </w:p>
    <w:p>
      <w:pPr>
        <w:pStyle w:val="ListNumber"/>
        <w:keepLines/>
      </w:pPr>
      <w:r>
        <w:t>Build a system for customer testimonial collection and promotion.</w:t>
      </w:r>
    </w:p>
    <w:p>
      <w:pPr>
        <w:pStyle w:val="ListNumber"/>
        <w:keepLines/>
      </w:pPr>
      <w:r>
        <w:t>Create an email nurture sequence that drives upsells.</w:t>
      </w:r>
    </w:p>
    <w:p>
      <w:pPr>
        <w:pStyle w:val="ListNumber"/>
        <w:keepLines/>
      </w:pPr>
      <w:r>
        <w:t>Map out a community ambassador program.</w:t>
      </w:r>
    </w:p>
    <w:p>
      <w:pPr>
        <w:pStyle w:val="ListNumber"/>
        <w:keepLines/>
      </w:pPr>
      <w:r>
        <w:t>Generate an unconventional PR stunt for brand awareness.</w:t>
      </w:r>
    </w:p>
    <w:p>
      <w:pPr>
        <w:pStyle w:val="ListNumber"/>
        <w:keepLines/>
      </w:pPr>
      <w:r>
        <w:t>Develop a customer loyalty program that also attracts referrals.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Strategy &amp; Brand Growth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