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900" w:after="300"/>
        <w:jc w:val="center"/>
      </w:pPr>
      <w:r>
        <w:rPr>
          <w:rFonts w:ascii="Aptos" w:hAnsi="Aptos"/>
          <w:b/>
          <w:color w:val="DA9D39"/>
          <w:sz w:val="20"/>
        </w:rPr>
        <w:t>FREE AI PROMPT PACK  03</w:t>
      </w:r>
    </w:p>
    <w:p>
      <w:pPr>
        <w:pStyle w:val="Title"/>
        <w:keepNext/>
        <w:jc w:val="center"/>
      </w:pPr>
      <w:r>
        <w:rPr>
          <w:rFonts w:ascii="Aptos Display" w:hAnsi="Aptos Display"/>
          <w:b/>
          <w:color w:val="12304A"/>
          <w:sz w:val="60"/>
        </w:rPr>
        <w:t>Business Ideas &amp; Startup Builder</w:t>
      </w:r>
    </w:p>
    <w:p>
      <w:pPr>
        <w:pStyle w:val="Subtitle"/>
        <w:jc w:val="center"/>
      </w:pPr>
      <w:r>
        <w:rPr>
          <w:rFonts w:ascii="Aptos" w:hAnsi="Aptos"/>
          <w:b w:val="0"/>
          <w:color w:val="12858E"/>
          <w:sz w:val="28"/>
        </w:rPr>
        <w:t>Generate, test and prepare practical business concepts for launch.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4464"/>
            <w:shd w:fill="EAF4F5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2858E"/>
                <w:sz w:val="46"/>
              </w:rPr>
              <w:t>50</w:t>
            </w:r>
            <w:r>
              <w:rPr>
                <w:rFonts w:ascii="Aptos" w:hAnsi="Aptos"/>
                <w:b/>
                <w:color w:val="536370"/>
                <w:sz w:val="18"/>
              </w:rPr>
              <w:br/>
              <w:t>source prompts included</w:t>
            </w:r>
          </w:p>
        </w:tc>
      </w:tr>
    </w:tbl>
    <w:p>
      <w:pPr>
        <w:spacing w:before="560"/>
        <w:jc w:val="center"/>
      </w:pPr>
      <w:r>
        <w:rPr>
          <w:rFonts w:ascii="Aptos" w:hAnsi="Aptos"/>
          <w:b w:val="0"/>
          <w:color w:val="536370"/>
          <w:sz w:val="22"/>
        </w:rPr>
        <w:t>Build smarter. Create faster. Live better.</w:t>
      </w:r>
    </w:p>
    <w:p>
      <w:pPr>
        <w:spacing w:before="2100"/>
        <w:jc w:val="center"/>
      </w:pPr>
      <w:r>
        <w:rPr>
          <w:rFonts w:ascii="Aptos" w:hAnsi="Aptos"/>
          <w:b/>
          <w:color w:val="12304A"/>
          <w:sz w:val="20"/>
        </w:rPr>
        <w:t>CHARLES NEWBURY</w:t>
      </w:r>
      <w:r>
        <w:rPr>
          <w:rFonts w:ascii="Aptos" w:hAnsi="Aptos"/>
          <w:b w:val="0"/>
          <w:color w:val="12858E"/>
          <w:sz w:val="18"/>
        </w:rPr>
        <w:br/>
        <w:t>www.charlesnewbury.com</w:t>
      </w:r>
    </w:p>
    <w:p>
      <w:r>
        <w:br w:type="page"/>
      </w:r>
    </w:p>
    <w:p>
      <w:pPr>
        <w:pStyle w:val="Heading1"/>
      </w:pPr>
      <w:r>
        <w:t>Start here</w:t>
      </w:r>
    </w:p>
    <w:p>
      <w:r>
        <w:t>This pack is designed for aspiring founders, side-hustlers and early-stage entrepreneurs. It brings together the source sections Startup Ideas in one focused, practical collection.</w:t>
      </w:r>
    </w:p>
    <w:p>
      <w:pPr>
        <w:pStyle w:val="Heading2"/>
      </w:pPr>
      <w:r>
        <w:t>How to use these prompts</w:t>
      </w:r>
    </w:p>
    <w:p>
      <w:pPr>
        <w:pStyle w:val="ListBullet"/>
      </w:pPr>
      <w:r>
        <w:t>Copy one prompt into ChatGPT, Claude, Gemini or another capable AI assistant.</w:t>
      </w:r>
    </w:p>
    <w:p>
      <w:pPr>
        <w:pStyle w:val="ListBullet"/>
      </w:pPr>
      <w:r>
        <w:t>Add context: your goal, audience, constraints, examples, preferred tone and required format.</w:t>
      </w:r>
    </w:p>
    <w:p>
      <w:pPr>
        <w:pStyle w:val="ListBullet"/>
      </w:pPr>
      <w:r>
        <w:t>Review the response for accuracy, relevance and suitability before using it.</w:t>
      </w:r>
    </w:p>
    <w:p>
      <w:pPr>
        <w:pStyle w:val="ListBullet"/>
      </w:pPr>
      <w:r>
        <w:t>Ask follow-up questions or request alternatives until the output fits your situation.</w:t>
      </w:r>
    </w:p>
    <w:p>
      <w:r>
        <w:br w:type="page"/>
      </w:r>
    </w:p>
    <w:p>
      <w:pPr>
        <w:pStyle w:val="Heading1"/>
      </w:pPr>
      <w:r>
        <w:t>The prompts</w:t>
      </w:r>
    </w:p>
    <w:p>
      <w:pPr>
        <w:pStyle w:val="ListNumber"/>
        <w:keepLines/>
      </w:pPr>
      <w:r>
        <w:t>Create a prompt that generates 10 online business ideas under $500 startup cost.</w:t>
      </w:r>
    </w:p>
    <w:p>
      <w:pPr>
        <w:pStyle w:val="ListNumber"/>
        <w:keepLines/>
      </w:pPr>
      <w:r>
        <w:t>Write a prompt that lists 5 eco-friendly product ideas.</w:t>
      </w:r>
    </w:p>
    <w:p>
      <w:pPr>
        <w:pStyle w:val="ListNumber"/>
        <w:keepLines/>
      </w:pPr>
      <w:r>
        <w:t>Build a prompt that creates business ideas based on AI trends.</w:t>
      </w:r>
    </w:p>
    <w:p>
      <w:pPr>
        <w:pStyle w:val="ListNumber"/>
        <w:keepLines/>
      </w:pPr>
      <w:r>
        <w:t>Develop a prompt that suggests niche service businesses for small towns.</w:t>
      </w:r>
    </w:p>
    <w:p>
      <w:pPr>
        <w:pStyle w:val="ListNumber"/>
        <w:keepLines/>
      </w:pPr>
      <w:r>
        <w:t>Make a prompt that generates subscription box business ideas.</w:t>
      </w:r>
    </w:p>
    <w:p>
      <w:pPr>
        <w:pStyle w:val="ListNumber"/>
        <w:keepLines/>
      </w:pPr>
      <w:r>
        <w:t>Create a prompt that lists tech startup ideas that don’t require coding.</w:t>
      </w:r>
    </w:p>
    <w:p>
      <w:pPr>
        <w:pStyle w:val="ListNumber"/>
        <w:keepLines/>
      </w:pPr>
      <w:r>
        <w:t>Write a prompt that creates 10 health and fitness business ideas.</w:t>
      </w:r>
    </w:p>
    <w:p>
      <w:pPr>
        <w:pStyle w:val="ListNumber"/>
        <w:keepLines/>
      </w:pPr>
      <w:r>
        <w:t>Build a prompt that generates ideas for low-maintenance side businesses.</w:t>
      </w:r>
    </w:p>
    <w:p>
      <w:pPr>
        <w:pStyle w:val="ListNumber"/>
        <w:keepLines/>
      </w:pPr>
      <w:r>
        <w:t>Develop a prompt that suggests online community business models.</w:t>
      </w:r>
    </w:p>
    <w:p>
      <w:pPr>
        <w:pStyle w:val="ListNumber"/>
        <w:keepLines/>
      </w:pPr>
      <w:r>
        <w:t>Make a prompt that generates service businesses that can scale remotely.</w:t>
      </w:r>
    </w:p>
    <w:p>
      <w:pPr>
        <w:pStyle w:val="ListNumber"/>
        <w:keepLines/>
      </w:pPr>
      <w:r>
        <w:t>Create a prompt that generates startup ideas that solve daily annoyances.</w:t>
      </w:r>
    </w:p>
    <w:p>
      <w:pPr>
        <w:pStyle w:val="ListNumber"/>
        <w:keepLines/>
      </w:pPr>
      <w:r>
        <w:t>Write a prompt that lists business ideas around improving time management.</w:t>
      </w:r>
    </w:p>
    <w:p>
      <w:pPr>
        <w:pStyle w:val="ListNumber"/>
        <w:keepLines/>
      </w:pPr>
      <w:r>
        <w:t>Build a prompt that suggests startups solving financial literacy gaps.</w:t>
      </w:r>
    </w:p>
    <w:p>
      <w:pPr>
        <w:pStyle w:val="ListNumber"/>
        <w:keepLines/>
      </w:pPr>
      <w:r>
        <w:t>Develop a prompt that focuses on mental health startup ideas.</w:t>
      </w:r>
    </w:p>
    <w:p>
      <w:pPr>
        <w:pStyle w:val="ListNumber"/>
        <w:keepLines/>
      </w:pPr>
      <w:r>
        <w:t>Make a prompt that generates solutions for reducing loneliness through tech.</w:t>
      </w:r>
    </w:p>
    <w:p>
      <w:pPr>
        <w:pStyle w:val="ListNumber"/>
        <w:keepLines/>
      </w:pPr>
      <w:r>
        <w:t>Create a prompt that suggests transportation-related startup ideas.</w:t>
      </w:r>
    </w:p>
    <w:p>
      <w:pPr>
        <w:pStyle w:val="ListNumber"/>
        <w:keepLines/>
      </w:pPr>
      <w:r>
        <w:t>Write a prompt that generates sustainable food business ideas.</w:t>
      </w:r>
    </w:p>
    <w:p>
      <w:pPr>
        <w:pStyle w:val="ListNumber"/>
        <w:keepLines/>
      </w:pPr>
      <w:r>
        <w:t>Build a prompt that creates startups focused on elderly care.</w:t>
      </w:r>
    </w:p>
    <w:p>
      <w:pPr>
        <w:pStyle w:val="ListNumber"/>
        <w:keepLines/>
      </w:pPr>
      <w:r>
        <w:t>Develop a prompt that suggests startups improving learning for kids.</w:t>
      </w:r>
    </w:p>
    <w:p>
      <w:pPr>
        <w:pStyle w:val="ListNumber"/>
        <w:keepLines/>
      </w:pPr>
      <w:r>
        <w:t>Make a prompt that offers product ideas for freelance workers.</w:t>
      </w:r>
    </w:p>
    <w:p>
      <w:pPr>
        <w:pStyle w:val="ListNumber"/>
        <w:keepLines/>
      </w:pPr>
      <w:r>
        <w:t>Create a prompt that generates B2B SaaS startup ideas.</w:t>
      </w:r>
    </w:p>
    <w:p>
      <w:pPr>
        <w:pStyle w:val="ListNumber"/>
        <w:keepLines/>
      </w:pPr>
      <w:r>
        <w:t>Write a prompt that suggests startup ideas targeting remote workers.</w:t>
      </w:r>
    </w:p>
    <w:p>
      <w:pPr>
        <w:pStyle w:val="ListNumber"/>
        <w:keepLines/>
      </w:pPr>
      <w:r>
        <w:t>Build a prompt that focuses on Gen Z-specific startups.</w:t>
      </w:r>
    </w:p>
    <w:p>
      <w:pPr>
        <w:pStyle w:val="ListNumber"/>
        <w:keepLines/>
      </w:pPr>
      <w:r>
        <w:t>Develop a prompt that creates startups for solopreneurs.</w:t>
      </w:r>
    </w:p>
    <w:p>
      <w:pPr>
        <w:pStyle w:val="ListNumber"/>
        <w:keepLines/>
      </w:pPr>
      <w:r>
        <w:t>Make a prompt that generates business ideas for creators/influencers.</w:t>
      </w:r>
    </w:p>
    <w:p>
      <w:pPr>
        <w:pStyle w:val="ListNumber"/>
        <w:keepLines/>
      </w:pPr>
      <w:r>
        <w:t>Create a prompt that suggests startups for fitness instructors.</w:t>
      </w:r>
    </w:p>
    <w:p>
      <w:pPr>
        <w:pStyle w:val="ListNumber"/>
        <w:keepLines/>
      </w:pPr>
      <w:r>
        <w:t>Write a prompt that builds startup ideas for parents of young kids.</w:t>
      </w:r>
    </w:p>
    <w:p>
      <w:pPr>
        <w:pStyle w:val="ListNumber"/>
        <w:keepLines/>
      </w:pPr>
      <w:r>
        <w:t>Build a prompt that creates healthcare tech startups.</w:t>
      </w:r>
    </w:p>
    <w:p>
      <w:pPr>
        <w:pStyle w:val="ListNumber"/>
        <w:keepLines/>
      </w:pPr>
      <w:r>
        <w:t>Develop a prompt that generates niche travel business ideas.</w:t>
      </w:r>
    </w:p>
    <w:p>
      <w:pPr>
        <w:pStyle w:val="ListNumber"/>
        <w:keepLines/>
      </w:pPr>
      <w:r>
        <w:t>Make a prompt that focuses on pet industry startup ideas.</w:t>
      </w:r>
    </w:p>
    <w:p>
      <w:pPr>
        <w:pStyle w:val="ListNumber"/>
        <w:keepLines/>
      </w:pPr>
      <w:r>
        <w:t>Create a prompt that builds “weird but genius” business ideas.</w:t>
      </w:r>
    </w:p>
    <w:p>
      <w:pPr>
        <w:pStyle w:val="ListNumber"/>
        <w:keepLines/>
      </w:pPr>
      <w:r>
        <w:t>Write a prompt that suggests futuristic startup ideas (2030 and beyond).</w:t>
      </w:r>
    </w:p>
    <w:p>
      <w:pPr>
        <w:pStyle w:val="ListNumber"/>
        <w:keepLines/>
      </w:pPr>
      <w:r>
        <w:t>Build a prompt that generates businesses based around space tech.</w:t>
      </w:r>
    </w:p>
    <w:p>
      <w:pPr>
        <w:pStyle w:val="ListNumber"/>
        <w:keepLines/>
      </w:pPr>
      <w:r>
        <w:t>Develop a prompt that suggests business models using only passive income streams.</w:t>
      </w:r>
    </w:p>
    <w:p>
      <w:pPr>
        <w:pStyle w:val="ListNumber"/>
        <w:keepLines/>
      </w:pPr>
      <w:r>
        <w:t>Make a prompt that lists “luxury experiences” as business ideas.</w:t>
      </w:r>
    </w:p>
    <w:p>
      <w:pPr>
        <w:pStyle w:val="ListNumber"/>
        <w:keepLines/>
      </w:pPr>
      <w:r>
        <w:t>Create a prompt that generates community-driven product ideas.</w:t>
      </w:r>
    </w:p>
    <w:p>
      <w:pPr>
        <w:pStyle w:val="ListNumber"/>
        <w:keepLines/>
      </w:pPr>
      <w:r>
        <w:t>Write a prompt that creates subscription services for niche hobbies.</w:t>
      </w:r>
    </w:p>
    <w:p>
      <w:pPr>
        <w:pStyle w:val="ListNumber"/>
        <w:keepLines/>
      </w:pPr>
      <w:r>
        <w:t>Build a prompt that imagines startup ideas using AR/VR.</w:t>
      </w:r>
    </w:p>
    <w:p>
      <w:pPr>
        <w:pStyle w:val="ListNumber"/>
        <w:keepLines/>
      </w:pPr>
      <w:r>
        <w:t>Develop a prompt that suggests ultra-minimalist product startups.</w:t>
      </w:r>
    </w:p>
    <w:p>
      <w:pPr>
        <w:pStyle w:val="ListNumber"/>
        <w:keepLines/>
      </w:pPr>
      <w:r>
        <w:t>Make a prompt that invents new types of online marketplaces.</w:t>
      </w:r>
    </w:p>
    <w:p>
      <w:pPr>
        <w:pStyle w:val="ListNumber"/>
        <w:keepLines/>
      </w:pPr>
      <w:r>
        <w:t>Create a prompt that outlines steps for validating a startup idea.</w:t>
      </w:r>
    </w:p>
    <w:p>
      <w:pPr>
        <w:pStyle w:val="ListNumber"/>
        <w:keepLines/>
      </w:pPr>
      <w:r>
        <w:t>Write a prompt that suggests 5 pre-launch marketing strategies.</w:t>
      </w:r>
    </w:p>
    <w:p>
      <w:pPr>
        <w:pStyle w:val="ListNumber"/>
        <w:keepLines/>
      </w:pPr>
      <w:r>
        <w:t>Build a prompt that develops a business model canvas automatically.</w:t>
      </w:r>
    </w:p>
    <w:p>
      <w:pPr>
        <w:pStyle w:val="ListNumber"/>
        <w:keepLines/>
      </w:pPr>
      <w:r>
        <w:t>Develop a prompt that lists potential early adopters for a product.</w:t>
      </w:r>
    </w:p>
    <w:p>
      <w:pPr>
        <w:pStyle w:val="ListNumber"/>
        <w:keepLines/>
      </w:pPr>
      <w:r>
        <w:t>Make a prompt that generates a first-year financial plan.</w:t>
      </w:r>
    </w:p>
    <w:p>
      <w:pPr>
        <w:pStyle w:val="ListNumber"/>
        <w:keepLines/>
      </w:pPr>
      <w:r>
        <w:t>Create a prompt that writes a simple elevator pitch for a startup.</w:t>
      </w:r>
    </w:p>
    <w:p>
      <w:pPr>
        <w:pStyle w:val="ListNumber"/>
        <w:keepLines/>
      </w:pPr>
      <w:r>
        <w:t>Write a prompt that identifies MVP (Minimum Viable Product) features.</w:t>
      </w:r>
    </w:p>
    <w:p>
      <w:pPr>
        <w:pStyle w:val="ListNumber"/>
        <w:keepLines/>
      </w:pPr>
      <w:r>
        <w:t>Build a prompt that outlines first 90 days of a startup launch.</w:t>
      </w:r>
    </w:p>
    <w:p>
      <w:pPr>
        <w:pStyle w:val="ListNumber"/>
        <w:keepLines/>
      </w:pPr>
      <w:r>
        <w:t>Develop a prompt that automates customer feedback collection.</w:t>
      </w:r>
    </w:p>
    <w:p>
      <w:pPr>
        <w:pStyle w:val="ListNumber"/>
        <w:keepLines/>
      </w:pPr>
      <w:r>
        <w:t>Make a prompt that maps out scaling strategies after the first 100 customers.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b w:val="0"/>
        <w:color w:val="536370"/>
        <w:sz w:val="16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2858E"/>
        <w:sz w:val="16"/>
      </w:rPr>
      <w:t>CHARLESNEWBURY.COM  |  FREE AI PROMPT PACK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230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2858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2304A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20"/>
    </w:pPr>
    <w:rPr>
      <w:rFonts w:asciiTheme="majorHAnsi" w:eastAsiaTheme="majorEastAsia" w:hAnsiTheme="majorHAnsi" w:cstheme="majorBidi" w:ascii="Calibri" w:hAnsi="Calibri"/>
      <w:b w:val="0"/>
      <w:i/>
      <w:iCs/>
      <w:color w:val="12858E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Ideas &amp; Startup Builder</dc:title>
  <dc:subject>Free AI prompt pack</dc:subject>
  <dc:creator>Charles Newbury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