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02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AI Productivity &amp; Automation Toolkit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Turn repetitive personal and business tasks into practical AI-assisted workflows.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50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solopreneurs, operators, freelancers and knowledge workers. It brings together the source sections AI Automation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ListNumber"/>
        <w:keepLines/>
      </w:pPr>
      <w:r>
        <w:t>Create a prompt that outlines 5 easy tasks to automate for a small business.</w:t>
      </w:r>
    </w:p>
    <w:p>
      <w:pPr>
        <w:pStyle w:val="ListNumber"/>
        <w:keepLines/>
      </w:pPr>
      <w:r>
        <w:t>Write a prompt that teaches how to set up basic email automation.</w:t>
      </w:r>
    </w:p>
    <w:p>
      <w:pPr>
        <w:pStyle w:val="ListNumber"/>
        <w:keepLines/>
      </w:pPr>
      <w:r>
        <w:t>Build a prompt that generates 10 Zapier automation ideas.</w:t>
      </w:r>
    </w:p>
    <w:p>
      <w:pPr>
        <w:pStyle w:val="ListNumber"/>
        <w:keepLines/>
      </w:pPr>
      <w:r>
        <w:t>Develop a prompt that automates daily journaling based on morning mood check-ins.</w:t>
      </w:r>
    </w:p>
    <w:p>
      <w:pPr>
        <w:pStyle w:val="ListNumber"/>
        <w:keepLines/>
      </w:pPr>
      <w:r>
        <w:t>Make a prompt that suggests automation tools for freelancers.</w:t>
      </w:r>
    </w:p>
    <w:p>
      <w:pPr>
        <w:pStyle w:val="ListNumber"/>
        <w:keepLines/>
      </w:pPr>
      <w:r>
        <w:t>Create a prompt that generates a social media posting schedule automatically.</w:t>
      </w:r>
    </w:p>
    <w:p>
      <w:pPr>
        <w:pStyle w:val="ListNumber"/>
        <w:keepLines/>
      </w:pPr>
      <w:r>
        <w:t>Write a prompt that automates checking and replying to customer FAQs.</w:t>
      </w:r>
    </w:p>
    <w:p>
      <w:pPr>
        <w:pStyle w:val="ListNumber"/>
        <w:keepLines/>
      </w:pPr>
      <w:r>
        <w:t>Build a prompt that designs a monthly content calendar using AI.</w:t>
      </w:r>
    </w:p>
    <w:p>
      <w:pPr>
        <w:pStyle w:val="ListNumber"/>
        <w:keepLines/>
      </w:pPr>
      <w:r>
        <w:t>Develop a prompt that recommends tools for automating lead generation.</w:t>
      </w:r>
    </w:p>
    <w:p>
      <w:pPr>
        <w:pStyle w:val="ListNumber"/>
        <w:keepLines/>
      </w:pPr>
      <w:r>
        <w:t>Make a prompt that automates personalized “thank you” emails after sales.</w:t>
      </w:r>
    </w:p>
    <w:p>
      <w:pPr>
        <w:pStyle w:val="ListNumber"/>
        <w:keepLines/>
      </w:pPr>
      <w:r>
        <w:t>Create a prompt that builds a full onboarding email series automatically.</w:t>
      </w:r>
    </w:p>
    <w:p>
      <w:pPr>
        <w:pStyle w:val="ListNumber"/>
        <w:keepLines/>
      </w:pPr>
      <w:r>
        <w:t>Write a prompt that generates contract templates for freelancers.</w:t>
      </w:r>
    </w:p>
    <w:p>
      <w:pPr>
        <w:pStyle w:val="ListNumber"/>
        <w:keepLines/>
      </w:pPr>
      <w:r>
        <w:t>Develop a prompt that drafts proposals based on a client’s project description.</w:t>
      </w:r>
    </w:p>
    <w:p>
      <w:pPr>
        <w:pStyle w:val="ListNumber"/>
        <w:keepLines/>
      </w:pPr>
      <w:r>
        <w:t>Build a prompt that automates a cold email campaign with 3 follow-ups.</w:t>
      </w:r>
    </w:p>
    <w:p>
      <w:pPr>
        <w:pStyle w:val="ListNumber"/>
        <w:keepLines/>
      </w:pPr>
      <w:r>
        <w:t>Make a prompt that designs automated client onboarding checklists.</w:t>
      </w:r>
    </w:p>
    <w:p>
      <w:pPr>
        <w:pStyle w:val="ListNumber"/>
        <w:keepLines/>
      </w:pPr>
      <w:r>
        <w:t>Create a prompt that generates weekly meeting agendas from project updates.</w:t>
      </w:r>
    </w:p>
    <w:p>
      <w:pPr>
        <w:pStyle w:val="ListNumber"/>
        <w:keepLines/>
      </w:pPr>
      <w:r>
        <w:t>Write a prompt that automates content repurposing across multiple platforms.</w:t>
      </w:r>
    </w:p>
    <w:p>
      <w:pPr>
        <w:pStyle w:val="ListNumber"/>
        <w:keepLines/>
      </w:pPr>
      <w:r>
        <w:t>Develop a prompt that builds drip marketing email sequences.</w:t>
      </w:r>
    </w:p>
    <w:p>
      <w:pPr>
        <w:pStyle w:val="ListNumber"/>
        <w:keepLines/>
      </w:pPr>
      <w:r>
        <w:t>Build a prompt that simulates AI-based bookkeeping setup.</w:t>
      </w:r>
    </w:p>
    <w:p>
      <w:pPr>
        <w:pStyle w:val="ListNumber"/>
        <w:keepLines/>
      </w:pPr>
      <w:r>
        <w:t>Make a prompt that automates task reminders across platforms (Trello, Asana, Notion).</w:t>
      </w:r>
    </w:p>
    <w:p>
      <w:pPr>
        <w:pStyle w:val="ListNumber"/>
        <w:keepLines/>
      </w:pPr>
      <w:r>
        <w:t>Create a prompt that suggests automating daily health tracking (water, sleep, exercise).</w:t>
      </w:r>
    </w:p>
    <w:p>
      <w:pPr>
        <w:pStyle w:val="ListNumber"/>
        <w:keepLines/>
      </w:pPr>
      <w:r>
        <w:t>Build a prompt that generates a personalized self-care checklist.</w:t>
      </w:r>
    </w:p>
    <w:p>
      <w:pPr>
        <w:pStyle w:val="ListNumber"/>
        <w:keepLines/>
      </w:pPr>
      <w:r>
        <w:t>Write a prompt that automates grocery shopping lists based on recipes.</w:t>
      </w:r>
    </w:p>
    <w:p>
      <w:pPr>
        <w:pStyle w:val="ListNumber"/>
        <w:keepLines/>
      </w:pPr>
      <w:r>
        <w:t>Develop a prompt that schedules daily mindfulness reminders.</w:t>
      </w:r>
    </w:p>
    <w:p>
      <w:pPr>
        <w:pStyle w:val="ListNumber"/>
        <w:keepLines/>
      </w:pPr>
      <w:r>
        <w:t>Make a prompt that automates reminders for birthdays and important dates.</w:t>
      </w:r>
    </w:p>
    <w:p>
      <w:pPr>
        <w:pStyle w:val="ListNumber"/>
        <w:keepLines/>
      </w:pPr>
      <w:r>
        <w:t>Create a prompt that builds a morning productivity dashboard.</w:t>
      </w:r>
    </w:p>
    <w:p>
      <w:pPr>
        <w:pStyle w:val="ListNumber"/>
        <w:keepLines/>
      </w:pPr>
      <w:r>
        <w:t>Write a prompt that automatically tracks your habits and identifies weak points.</w:t>
      </w:r>
    </w:p>
    <w:p>
      <w:pPr>
        <w:pStyle w:val="ListNumber"/>
        <w:keepLines/>
      </w:pPr>
      <w:r>
        <w:t>Build a prompt that generates a fitness workout calendar.</w:t>
      </w:r>
    </w:p>
    <w:p>
      <w:pPr>
        <w:pStyle w:val="ListNumber"/>
        <w:keepLines/>
      </w:pPr>
      <w:r>
        <w:t>Develop a prompt that pre-plans weekly meals using available ingredients.</w:t>
      </w:r>
    </w:p>
    <w:p>
      <w:pPr>
        <w:pStyle w:val="ListNumber"/>
        <w:keepLines/>
      </w:pPr>
      <w:r>
        <w:t>Make a prompt that auto-summarizes articles and emails into a daily digest.</w:t>
      </w:r>
    </w:p>
    <w:p>
      <w:pPr>
        <w:pStyle w:val="ListNumber"/>
        <w:keepLines/>
      </w:pPr>
      <w:r>
        <w:t>Write a prompt that generates API integration suggestions for automation.</w:t>
      </w:r>
    </w:p>
    <w:p>
      <w:pPr>
        <w:pStyle w:val="ListNumber"/>
        <w:keepLines/>
      </w:pPr>
      <w:r>
        <w:t>Create a prompt that outlines how to automate a database backup system.</w:t>
      </w:r>
    </w:p>
    <w:p>
      <w:pPr>
        <w:pStyle w:val="ListNumber"/>
        <w:keepLines/>
      </w:pPr>
      <w:r>
        <w:t>Build a prompt that teaches how to connect Slack, Gmail, and Trello through automation.</w:t>
      </w:r>
    </w:p>
    <w:p>
      <w:pPr>
        <w:pStyle w:val="ListNumber"/>
        <w:keepLines/>
      </w:pPr>
      <w:r>
        <w:t>Develop a prompt that automates pulling data from Google Sheets into dashboards.</w:t>
      </w:r>
    </w:p>
    <w:p>
      <w:pPr>
        <w:pStyle w:val="ListNumber"/>
        <w:keepLines/>
      </w:pPr>
      <w:r>
        <w:t>Make a prompt that schedules automated reports for business analytics.</w:t>
      </w:r>
    </w:p>
    <w:p>
      <w:pPr>
        <w:pStyle w:val="ListNumber"/>
        <w:keepLines/>
      </w:pPr>
      <w:r>
        <w:t>Create a prompt that drafts an automation SOP (Standard Operating Procedure).</w:t>
      </w:r>
    </w:p>
    <w:p>
      <w:pPr>
        <w:pStyle w:val="ListNumber"/>
        <w:keepLines/>
      </w:pPr>
      <w:r>
        <w:t>Write a prompt that automates a password change reminder system.</w:t>
      </w:r>
    </w:p>
    <w:p>
      <w:pPr>
        <w:pStyle w:val="ListNumber"/>
        <w:keepLines/>
      </w:pPr>
      <w:r>
        <w:t>Build a prompt that shows how to automate updating sales leads into a CRM.</w:t>
      </w:r>
    </w:p>
    <w:p>
      <w:pPr>
        <w:pStyle w:val="ListNumber"/>
        <w:keepLines/>
      </w:pPr>
      <w:r>
        <w:t>Develop a prompt that triggers Slack alerts when goals are reached.</w:t>
      </w:r>
    </w:p>
    <w:p>
      <w:pPr>
        <w:pStyle w:val="ListNumber"/>
        <w:keepLines/>
      </w:pPr>
      <w:r>
        <w:t>Make a prompt that automatically sorts and labels incoming emails.</w:t>
      </w:r>
    </w:p>
    <w:p>
      <w:pPr>
        <w:pStyle w:val="ListNumber"/>
        <w:keepLines/>
      </w:pPr>
      <w:r>
        <w:t>Create a prompt that builds an AI system for client feedback analysis.</w:t>
      </w:r>
    </w:p>
    <w:p>
      <w:pPr>
        <w:pStyle w:val="ListNumber"/>
        <w:keepLines/>
      </w:pPr>
      <w:r>
        <w:t>Write a prompt that maps out an AI-based customer service chatbot workflow.</w:t>
      </w:r>
    </w:p>
    <w:p>
      <w:pPr>
        <w:pStyle w:val="ListNumber"/>
        <w:keepLines/>
      </w:pPr>
      <w:r>
        <w:t>Build a prompt that simulates AI automatically qualifying leads.</w:t>
      </w:r>
    </w:p>
    <w:p>
      <w:pPr>
        <w:pStyle w:val="ListNumber"/>
        <w:keepLines/>
      </w:pPr>
      <w:r>
        <w:t>Develop a prompt that outlines AI automating event planning checklists.</w:t>
      </w:r>
    </w:p>
    <w:p>
      <w:pPr>
        <w:pStyle w:val="ListNumber"/>
        <w:keepLines/>
      </w:pPr>
      <w:r>
        <w:t>Make a prompt that automatically organizes and archives digital files weekly.</w:t>
      </w:r>
    </w:p>
    <w:p>
      <w:pPr>
        <w:pStyle w:val="ListNumber"/>
        <w:keepLines/>
      </w:pPr>
      <w:r>
        <w:t>Create a prompt that sets up a system that reviews your goals monthly.</w:t>
      </w:r>
    </w:p>
    <w:p>
      <w:pPr>
        <w:pStyle w:val="ListNumber"/>
        <w:keepLines/>
      </w:pPr>
      <w:r>
        <w:t>Write a prompt that automates updating your online portfolio or resume.</w:t>
      </w:r>
    </w:p>
    <w:p>
      <w:pPr>
        <w:pStyle w:val="ListNumber"/>
        <w:keepLines/>
      </w:pPr>
      <w:r>
        <w:t>Build a prompt that manages social media DMs automatically.</w:t>
      </w:r>
    </w:p>
    <w:p>
      <w:pPr>
        <w:pStyle w:val="ListNumber"/>
        <w:keepLines/>
      </w:pPr>
      <w:r>
        <w:t>Develop a prompt that simulates a virtual personal assistant workflow.</w:t>
      </w:r>
    </w:p>
    <w:p>
      <w:pPr>
        <w:pStyle w:val="ListNumber"/>
        <w:keepLines/>
      </w:pPr>
      <w:r>
        <w:t>Make a prompt that automates podcast episode publishing steps.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Productivity &amp; Automation Toolkit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