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01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AI Prompting Essentials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Write clearer instructions and get more useful, structured AI responses.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50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ai beginners, professionals, students and creators. It brings together the source sections Prompt Engineering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teaches a beginner how to write better prompts.</w:t>
      </w:r>
    </w:p>
    <w:p>
      <w:pPr>
        <w:pStyle w:val="ListNumber"/>
        <w:keepLines/>
      </w:pPr>
      <w:r>
        <w:t>Design a prompt that outputs 10 business ideas in under 100 words.</w:t>
      </w:r>
    </w:p>
    <w:p>
      <w:pPr>
        <w:pStyle w:val="ListNumber"/>
        <w:keepLines/>
      </w:pPr>
      <w:r>
        <w:t>Write a prompt that explains a topic in both simple and expert levels.</w:t>
      </w:r>
    </w:p>
    <w:p>
      <w:pPr>
        <w:pStyle w:val="ListNumber"/>
        <w:keepLines/>
      </w:pPr>
      <w:r>
        <w:t>Make a prompt that forces ChatGPT to ask 5 clarifying questions first.</w:t>
      </w:r>
    </w:p>
    <w:p>
      <w:pPr>
        <w:pStyle w:val="ListNumber"/>
        <w:keepLines/>
      </w:pPr>
      <w:r>
        <w:t>Create a prompt that makes AI summarize a 5-page article in bullet points.</w:t>
      </w:r>
    </w:p>
    <w:p>
      <w:pPr>
        <w:pStyle w:val="ListNumber"/>
        <w:keepLines/>
      </w:pPr>
      <w:r>
        <w:t>Develop a prompt to compare two business models side-by-side.</w:t>
      </w:r>
    </w:p>
    <w:p>
      <w:pPr>
        <w:pStyle w:val="ListNumber"/>
        <w:keepLines/>
      </w:pPr>
      <w:r>
        <w:t>Build a prompt that generates SEO blog titles based on a keyword.</w:t>
      </w:r>
    </w:p>
    <w:p>
      <w:pPr>
        <w:pStyle w:val="ListNumber"/>
        <w:keepLines/>
      </w:pPr>
      <w:r>
        <w:t>Create a prompt that outputs 5 creative analogies for any topic.</w:t>
      </w:r>
    </w:p>
    <w:p>
      <w:pPr>
        <w:pStyle w:val="ListNumber"/>
        <w:keepLines/>
      </w:pPr>
      <w:r>
        <w:t>Write a prompt that checks if writing matches a brand’s tone.</w:t>
      </w:r>
    </w:p>
    <w:p>
      <w:pPr>
        <w:pStyle w:val="ListNumber"/>
        <w:keepLines/>
      </w:pPr>
      <w:r>
        <w:t>Design a prompt that delivers a 3-paragraph newsletter ready to send.</w:t>
      </w:r>
    </w:p>
    <w:p>
      <w:pPr>
        <w:pStyle w:val="ListNumber"/>
        <w:keepLines/>
      </w:pPr>
      <w:r>
        <w:t>Build a prompt that writes a short story with a surprise twist.</w:t>
      </w:r>
    </w:p>
    <w:p>
      <w:pPr>
        <w:pStyle w:val="ListNumber"/>
        <w:keepLines/>
      </w:pPr>
      <w:r>
        <w:t>Create a prompt that generates 10 Instagram captions about gratitude.</w:t>
      </w:r>
    </w:p>
    <w:p>
      <w:pPr>
        <w:pStyle w:val="ListNumber"/>
        <w:keepLines/>
      </w:pPr>
      <w:r>
        <w:t>Write a prompt that invents a brand new fitness challenge.</w:t>
      </w:r>
    </w:p>
    <w:p>
      <w:pPr>
        <w:pStyle w:val="ListNumber"/>
        <w:keepLines/>
      </w:pPr>
      <w:r>
        <w:t>Develop a prompt that spits out 20 blog post headlines for entrepreneurs.</w:t>
      </w:r>
    </w:p>
    <w:p>
      <w:pPr>
        <w:pStyle w:val="ListNumber"/>
        <w:keepLines/>
      </w:pPr>
      <w:r>
        <w:t>Make a prompt that creates a product description based on 3 features.</w:t>
      </w:r>
    </w:p>
    <w:p>
      <w:pPr>
        <w:pStyle w:val="ListNumber"/>
        <w:keepLines/>
      </w:pPr>
      <w:r>
        <w:t>Build a prompt to script a motivational speech under 2 minutes.</w:t>
      </w:r>
    </w:p>
    <w:p>
      <w:pPr>
        <w:pStyle w:val="ListNumber"/>
        <w:keepLines/>
      </w:pPr>
      <w:r>
        <w:t>Design a prompt that generates a viral tweet thread outline.</w:t>
      </w:r>
    </w:p>
    <w:p>
      <w:pPr>
        <w:pStyle w:val="ListNumber"/>
        <w:keepLines/>
      </w:pPr>
      <w:r>
        <w:t>Write a prompt that creates a brand’s full mission statement.</w:t>
      </w:r>
    </w:p>
    <w:p>
      <w:pPr>
        <w:pStyle w:val="ListNumber"/>
        <w:keepLines/>
      </w:pPr>
      <w:r>
        <w:t>Create a prompt to build a 5-day email course outline.</w:t>
      </w:r>
    </w:p>
    <w:p>
      <w:pPr>
        <w:pStyle w:val="ListNumber"/>
        <w:keepLines/>
      </w:pPr>
      <w:r>
        <w:t>Make a prompt that suggests 10 TikTok video ideas in a niche.</w:t>
      </w:r>
    </w:p>
    <w:p>
      <w:pPr>
        <w:pStyle w:val="ListNumber"/>
        <w:keepLines/>
      </w:pPr>
      <w:r>
        <w:t>Build a prompt that makes ChatGPT roleplay as a hiring manager.</w:t>
      </w:r>
    </w:p>
    <w:p>
      <w:pPr>
        <w:pStyle w:val="ListNumber"/>
        <w:keepLines/>
      </w:pPr>
      <w:r>
        <w:t>Write a prompt that outputs a SWOT analysis for a startup idea.</w:t>
      </w:r>
    </w:p>
    <w:p>
      <w:pPr>
        <w:pStyle w:val="ListNumber"/>
        <w:keepLines/>
      </w:pPr>
      <w:r>
        <w:t>Create a prompt that gives feedback on a LinkedIn profile.</w:t>
      </w:r>
    </w:p>
    <w:p>
      <w:pPr>
        <w:pStyle w:val="ListNumber"/>
        <w:keepLines/>
      </w:pPr>
      <w:r>
        <w:t>Develop a prompt that rewrites sales emails in 3 different tones.</w:t>
      </w:r>
    </w:p>
    <w:p>
      <w:pPr>
        <w:pStyle w:val="ListNumber"/>
        <w:keepLines/>
      </w:pPr>
      <w:r>
        <w:t>Make a prompt that explains complex data science topics to kids.</w:t>
      </w:r>
    </w:p>
    <w:p>
      <w:pPr>
        <w:pStyle w:val="ListNumber"/>
        <w:keepLines/>
      </w:pPr>
      <w:r>
        <w:t>Build a prompt that creates a checklist for starting a Shopify store.</w:t>
      </w:r>
    </w:p>
    <w:p>
      <w:pPr>
        <w:pStyle w:val="ListNumber"/>
        <w:keepLines/>
      </w:pPr>
      <w:r>
        <w:t>Write a prompt that gives an in-depth tutorial on Notion templates.</w:t>
      </w:r>
    </w:p>
    <w:p>
      <w:pPr>
        <w:pStyle w:val="ListNumber"/>
        <w:keepLines/>
      </w:pPr>
      <w:r>
        <w:t>Create a prompt that simulates a college admissions interview.</w:t>
      </w:r>
    </w:p>
    <w:p>
      <w:pPr>
        <w:pStyle w:val="ListNumber"/>
        <w:keepLines/>
      </w:pPr>
      <w:r>
        <w:t>Develop a prompt that identifies weak points in a marketing funnel.</w:t>
      </w:r>
    </w:p>
    <w:p>
      <w:pPr>
        <w:pStyle w:val="ListNumber"/>
        <w:keepLines/>
      </w:pPr>
      <w:r>
        <w:t>Design a prompt that generates a professional event invitation email.</w:t>
      </w:r>
    </w:p>
    <w:p>
      <w:pPr>
        <w:pStyle w:val="ListNumber"/>
        <w:keepLines/>
      </w:pPr>
      <w:r>
        <w:t>Write a prompt that chains three AI outputs into a workflow.</w:t>
      </w:r>
    </w:p>
    <w:p>
      <w:pPr>
        <w:pStyle w:val="ListNumber"/>
        <w:keepLines/>
      </w:pPr>
      <w:r>
        <w:t>Build a prompt that makes ChatGPT assume the role of an expert and a beginner at the same time.</w:t>
      </w:r>
    </w:p>
    <w:p>
      <w:pPr>
        <w:pStyle w:val="ListNumber"/>
        <w:keepLines/>
      </w:pPr>
      <w:r>
        <w:t>Create a meta-prompt that improves any user’s original prompt.</w:t>
      </w:r>
    </w:p>
    <w:p>
      <w:pPr>
        <w:pStyle w:val="ListNumber"/>
        <w:keepLines/>
      </w:pPr>
      <w:r>
        <w:t>Develop a prompt that makes AI ask YOU questions before answering.</w:t>
      </w:r>
    </w:p>
    <w:p>
      <w:pPr>
        <w:pStyle w:val="ListNumber"/>
        <w:keepLines/>
      </w:pPr>
      <w:r>
        <w:t>Make a prompt that generates two opposite arguments about any issue.</w:t>
      </w:r>
    </w:p>
    <w:p>
      <w:pPr>
        <w:pStyle w:val="ListNumber"/>
        <w:keepLines/>
      </w:pPr>
      <w:r>
        <w:t>Build a prompt that simulates a 30-minute coaching call script.</w:t>
      </w:r>
    </w:p>
    <w:p>
      <w:pPr>
        <w:pStyle w:val="ListNumber"/>
        <w:keepLines/>
      </w:pPr>
      <w:r>
        <w:t>Write a prompt that automatically builds an FAQ section based on a product description.</w:t>
      </w:r>
    </w:p>
    <w:p>
      <w:pPr>
        <w:pStyle w:val="ListNumber"/>
        <w:keepLines/>
      </w:pPr>
      <w:r>
        <w:t>Create a prompt that offers negotiation strategies for a freelance contract.</w:t>
      </w:r>
    </w:p>
    <w:p>
      <w:pPr>
        <w:pStyle w:val="ListNumber"/>
        <w:keepLines/>
      </w:pPr>
      <w:r>
        <w:t>Develop a prompt that rewrites resumes tailored to different industries.</w:t>
      </w:r>
    </w:p>
    <w:p>
      <w:pPr>
        <w:pStyle w:val="ListNumber"/>
        <w:keepLines/>
      </w:pPr>
      <w:r>
        <w:t>Make a prompt that reverse engineers viral YouTube video scripts.</w:t>
      </w:r>
    </w:p>
    <w:p>
      <w:pPr>
        <w:pStyle w:val="ListNumber"/>
        <w:keepLines/>
      </w:pPr>
      <w:r>
        <w:t>Build a prompt that tests ChatGPT’s ability to spot logical fallacies.</w:t>
      </w:r>
    </w:p>
    <w:p>
      <w:pPr>
        <w:pStyle w:val="ListNumber"/>
        <w:keepLines/>
      </w:pPr>
      <w:r>
        <w:t>Write a prompt that challenges AI to solve a simple riddle, then a complex one.</w:t>
      </w:r>
    </w:p>
    <w:p>
      <w:pPr>
        <w:pStyle w:val="ListNumber"/>
        <w:keepLines/>
      </w:pPr>
      <w:r>
        <w:t>Create a prompt that forces ChatGPT to slow down and “think step-by-step.”</w:t>
      </w:r>
    </w:p>
    <w:p>
      <w:pPr>
        <w:pStyle w:val="ListNumber"/>
        <w:keepLines/>
      </w:pPr>
      <w:r>
        <w:t>Develop a prompt that requests 3 different creative directions for a project.</w:t>
      </w:r>
    </w:p>
    <w:p>
      <w:pPr>
        <w:pStyle w:val="ListNumber"/>
        <w:keepLines/>
      </w:pPr>
      <w:r>
        <w:t>Make a prompt that lets AI brainstorm a business name and slogan combo.</w:t>
      </w:r>
    </w:p>
    <w:p>
      <w:pPr>
        <w:pStyle w:val="ListNumber"/>
        <w:keepLines/>
      </w:pPr>
      <w:r>
        <w:t>Build a prompt that asks ChatGPT to identify the gaps in a blog post outline.</w:t>
      </w:r>
    </w:p>
    <w:p>
      <w:pPr>
        <w:pStyle w:val="ListNumber"/>
        <w:keepLines/>
      </w:pPr>
      <w:r>
        <w:t>Write a prompt that generates a content calendar for 30 days in any niche.</w:t>
      </w:r>
    </w:p>
    <w:p>
      <w:pPr>
        <w:pStyle w:val="ListNumber"/>
        <w:keepLines/>
      </w:pPr>
      <w:r>
        <w:t>Create a prompt that simulates an investor pitch meeting.</w:t>
      </w:r>
    </w:p>
    <w:p>
      <w:pPr>
        <w:pStyle w:val="ListNumber"/>
        <w:keepLines/>
      </w:pPr>
      <w:r>
        <w:t>Develop a prompt that uses the “First Principles Thinking” method.</w:t>
      </w:r>
    </w:p>
    <w:p>
      <w:pPr>
        <w:pStyle w:val="ListNumber"/>
        <w:keepLines/>
      </w:pPr>
      <w:r>
        <w:t>Make a prompt that creates a personal learning curriculum for any new skill.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Prompting Essentials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